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28EEC9" w14:textId="77777777" w:rsidR="00151683" w:rsidRPr="00115FBB" w:rsidRDefault="00AD7B1D">
      <w:pPr>
        <w:jc w:val="center"/>
        <w:rPr>
          <w:rFonts w:ascii="Times New Roman" w:hAnsi="Times New Roman" w:cs="Times New Roman"/>
          <w:sz w:val="24"/>
          <w:szCs w:val="24"/>
        </w:rPr>
      </w:pPr>
      <w:r w:rsidRPr="00115FBB">
        <w:rPr>
          <w:rFonts w:ascii="Times New Roman" w:hAnsi="Times New Roman" w:cs="Times New Roman"/>
          <w:b/>
          <w:color w:val="174882"/>
          <w:sz w:val="24"/>
          <w:szCs w:val="24"/>
        </w:rPr>
        <w:t>KONKURS PLASTYCZNY DLA DZIECI I MŁODZIEŻY</w:t>
      </w:r>
    </w:p>
    <w:p w14:paraId="6E5D8CE7" w14:textId="554D1CED" w:rsidR="00151683" w:rsidRPr="00115FBB" w:rsidRDefault="00AD7B1D">
      <w:pPr>
        <w:pStyle w:val="Tytu"/>
        <w:jc w:val="center"/>
        <w:rPr>
          <w:rFonts w:ascii="Times New Roman" w:hAnsi="Times New Roman" w:cs="Times New Roman"/>
          <w:sz w:val="24"/>
          <w:szCs w:val="24"/>
        </w:rPr>
      </w:pPr>
      <w:r w:rsidRPr="00115FBB">
        <w:rPr>
          <w:rFonts w:ascii="Times New Roman" w:hAnsi="Times New Roman" w:cs="Times New Roman"/>
          <w:sz w:val="24"/>
          <w:szCs w:val="24"/>
        </w:rPr>
        <w:t>„80 LAT UNII</w:t>
      </w:r>
      <w:r w:rsidR="000930C8" w:rsidRPr="00115FBB">
        <w:rPr>
          <w:rFonts w:ascii="Times New Roman" w:hAnsi="Times New Roman" w:cs="Times New Roman"/>
          <w:sz w:val="24"/>
          <w:szCs w:val="24"/>
        </w:rPr>
        <w:t>-</w:t>
      </w:r>
      <w:r w:rsidRPr="00115FBB">
        <w:rPr>
          <w:rFonts w:ascii="Times New Roman" w:hAnsi="Times New Roman" w:cs="Times New Roman"/>
          <w:sz w:val="24"/>
          <w:szCs w:val="24"/>
        </w:rPr>
        <w:t>WIELE DYSCYPLIN,</w:t>
      </w:r>
      <w:r w:rsidRPr="00115FBB">
        <w:rPr>
          <w:rFonts w:ascii="Times New Roman" w:hAnsi="Times New Roman" w:cs="Times New Roman"/>
          <w:sz w:val="24"/>
          <w:szCs w:val="24"/>
        </w:rPr>
        <w:br/>
        <w:t>JEDNO SPORTOWE SERCE!”</w:t>
      </w:r>
    </w:p>
    <w:p w14:paraId="15F36BBD" w14:textId="77777777" w:rsidR="00151683" w:rsidRPr="00115FBB" w:rsidRDefault="00AD7B1D">
      <w:pPr>
        <w:jc w:val="center"/>
        <w:rPr>
          <w:rFonts w:ascii="Times New Roman" w:hAnsi="Times New Roman" w:cs="Times New Roman"/>
          <w:sz w:val="24"/>
          <w:szCs w:val="24"/>
        </w:rPr>
      </w:pPr>
      <w:r w:rsidRPr="00115FBB">
        <w:rPr>
          <w:rFonts w:ascii="Times New Roman" w:hAnsi="Times New Roman" w:cs="Times New Roman"/>
          <w:b/>
          <w:sz w:val="24"/>
          <w:szCs w:val="24"/>
        </w:rPr>
        <w:t>REGULAMIN KONKURSU</w:t>
      </w:r>
    </w:p>
    <w:p w14:paraId="679BE854" w14:textId="15AD4423" w:rsidR="00151683" w:rsidRPr="00115FBB" w:rsidRDefault="00AD7B1D" w:rsidP="00167D73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15FBB">
        <w:rPr>
          <w:rFonts w:ascii="Times New Roman" w:hAnsi="Times New Roman" w:cs="Times New Roman"/>
          <w:b/>
          <w:bCs/>
          <w:sz w:val="24"/>
          <w:szCs w:val="24"/>
        </w:rPr>
        <w:t xml:space="preserve">1. </w:t>
      </w:r>
      <w:proofErr w:type="spellStart"/>
      <w:r w:rsidRPr="00115FBB">
        <w:rPr>
          <w:rFonts w:ascii="Times New Roman" w:hAnsi="Times New Roman" w:cs="Times New Roman"/>
          <w:b/>
          <w:bCs/>
          <w:sz w:val="24"/>
          <w:szCs w:val="24"/>
        </w:rPr>
        <w:t>Postanowienia</w:t>
      </w:r>
      <w:proofErr w:type="spellEnd"/>
      <w:r w:rsidRPr="00115FB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115FBB">
        <w:rPr>
          <w:rFonts w:ascii="Times New Roman" w:hAnsi="Times New Roman" w:cs="Times New Roman"/>
          <w:b/>
          <w:bCs/>
          <w:sz w:val="24"/>
          <w:szCs w:val="24"/>
        </w:rPr>
        <w:t>ogólne</w:t>
      </w:r>
      <w:proofErr w:type="spellEnd"/>
    </w:p>
    <w:p w14:paraId="632CD9D9" w14:textId="38D0C2EF" w:rsidR="00151683" w:rsidRPr="00115FBB" w:rsidRDefault="00AD7B1D" w:rsidP="000930C8">
      <w:pPr>
        <w:spacing w:after="0" w:line="259" w:lineRule="auto"/>
        <w:rPr>
          <w:rFonts w:ascii="Times New Roman" w:hAnsi="Times New Roman" w:cs="Times New Roman"/>
          <w:sz w:val="24"/>
          <w:szCs w:val="24"/>
        </w:rPr>
      </w:pPr>
      <w:r w:rsidRPr="00115FBB">
        <w:rPr>
          <w:rFonts w:ascii="Times New Roman" w:hAnsi="Times New Roman" w:cs="Times New Roman"/>
          <w:sz w:val="24"/>
          <w:szCs w:val="24"/>
        </w:rPr>
        <w:t xml:space="preserve">Konkurs plastyczny „80 LAT UNII </w:t>
      </w:r>
      <w:r w:rsidR="00941F9F" w:rsidRPr="00115FBB">
        <w:rPr>
          <w:rFonts w:ascii="Times New Roman" w:hAnsi="Times New Roman" w:cs="Times New Roman"/>
          <w:sz w:val="24"/>
          <w:szCs w:val="24"/>
        </w:rPr>
        <w:t>-</w:t>
      </w:r>
      <w:r w:rsidRPr="00115FBB">
        <w:rPr>
          <w:rFonts w:ascii="Times New Roman" w:hAnsi="Times New Roman" w:cs="Times New Roman"/>
          <w:sz w:val="24"/>
          <w:szCs w:val="24"/>
        </w:rPr>
        <w:t xml:space="preserve"> WIELE DYSCYPLIN, JEDNO SPORTOWE SERCE</w:t>
      </w:r>
      <w:r w:rsidR="00115FBB">
        <w:rPr>
          <w:rFonts w:ascii="Times New Roman" w:hAnsi="Times New Roman" w:cs="Times New Roman"/>
          <w:sz w:val="24"/>
          <w:szCs w:val="24"/>
        </w:rPr>
        <w:t xml:space="preserve"> </w:t>
      </w:r>
      <w:r w:rsidRPr="00115FBB">
        <w:rPr>
          <w:rFonts w:ascii="Times New Roman" w:hAnsi="Times New Roman" w:cs="Times New Roman"/>
          <w:sz w:val="24"/>
          <w:szCs w:val="24"/>
        </w:rPr>
        <w:t xml:space="preserve">!” </w:t>
      </w:r>
      <w:proofErr w:type="spellStart"/>
      <w:r w:rsidRPr="00115FBB">
        <w:rPr>
          <w:rFonts w:ascii="Times New Roman" w:hAnsi="Times New Roman" w:cs="Times New Roman"/>
          <w:sz w:val="24"/>
          <w:szCs w:val="24"/>
        </w:rPr>
        <w:t>organizowany</w:t>
      </w:r>
      <w:proofErr w:type="spellEnd"/>
      <w:r w:rsidRPr="00115FBB">
        <w:rPr>
          <w:rFonts w:ascii="Times New Roman" w:hAnsi="Times New Roman" w:cs="Times New Roman"/>
          <w:sz w:val="24"/>
          <w:szCs w:val="24"/>
        </w:rPr>
        <w:t xml:space="preserve"> jest z </w:t>
      </w:r>
      <w:proofErr w:type="spellStart"/>
      <w:r w:rsidRPr="00115FBB">
        <w:rPr>
          <w:rFonts w:ascii="Times New Roman" w:hAnsi="Times New Roman" w:cs="Times New Roman"/>
          <w:sz w:val="24"/>
          <w:szCs w:val="24"/>
        </w:rPr>
        <w:t>okazji</w:t>
      </w:r>
      <w:proofErr w:type="spellEnd"/>
      <w:r w:rsidRPr="00115FBB">
        <w:rPr>
          <w:rFonts w:ascii="Times New Roman" w:hAnsi="Times New Roman" w:cs="Times New Roman"/>
          <w:sz w:val="24"/>
          <w:szCs w:val="24"/>
        </w:rPr>
        <w:t xml:space="preserve"> 80-lecia Unii Oświęcim.</w:t>
      </w:r>
    </w:p>
    <w:p w14:paraId="4AAE32EC" w14:textId="636ED6F5" w:rsidR="00151683" w:rsidRPr="00115FBB" w:rsidRDefault="00AD7B1D" w:rsidP="000930C8">
      <w:pPr>
        <w:spacing w:after="0" w:line="259" w:lineRule="auto"/>
        <w:rPr>
          <w:rFonts w:ascii="Times New Roman" w:hAnsi="Times New Roman" w:cs="Times New Roman"/>
          <w:sz w:val="24"/>
          <w:szCs w:val="24"/>
        </w:rPr>
      </w:pPr>
      <w:r w:rsidRPr="00115FBB">
        <w:rPr>
          <w:rFonts w:ascii="Times New Roman" w:hAnsi="Times New Roman" w:cs="Times New Roman"/>
          <w:sz w:val="24"/>
          <w:szCs w:val="24"/>
        </w:rPr>
        <w:t xml:space="preserve">Celem konkursu jest przybliżenie dzieciom i młodzieży historii oraz sportowych tradycji Unii Oświęcim, pokazanie różnorodności dyscyplin, które przez osiem dekad współtworzyły klub, a także </w:t>
      </w:r>
      <w:proofErr w:type="spellStart"/>
      <w:r w:rsidRPr="00115FBB">
        <w:rPr>
          <w:rFonts w:ascii="Times New Roman" w:hAnsi="Times New Roman" w:cs="Times New Roman"/>
          <w:sz w:val="24"/>
          <w:szCs w:val="24"/>
        </w:rPr>
        <w:t>rozwijanie</w:t>
      </w:r>
      <w:proofErr w:type="spellEnd"/>
      <w:r w:rsidRPr="00115F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5FBB">
        <w:rPr>
          <w:rFonts w:ascii="Times New Roman" w:hAnsi="Times New Roman" w:cs="Times New Roman"/>
          <w:sz w:val="24"/>
          <w:szCs w:val="24"/>
        </w:rPr>
        <w:t>kreatywności</w:t>
      </w:r>
      <w:proofErr w:type="spellEnd"/>
      <w:r w:rsidRPr="00115F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5FBB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115F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5FBB">
        <w:rPr>
          <w:rFonts w:ascii="Times New Roman" w:hAnsi="Times New Roman" w:cs="Times New Roman"/>
          <w:sz w:val="24"/>
          <w:szCs w:val="24"/>
        </w:rPr>
        <w:t>zainteresowania</w:t>
      </w:r>
      <w:proofErr w:type="spellEnd"/>
      <w:r w:rsidRPr="00115F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5FBB">
        <w:rPr>
          <w:rFonts w:ascii="Times New Roman" w:hAnsi="Times New Roman" w:cs="Times New Roman"/>
          <w:sz w:val="24"/>
          <w:szCs w:val="24"/>
        </w:rPr>
        <w:t>lokalnym</w:t>
      </w:r>
      <w:proofErr w:type="spellEnd"/>
      <w:r w:rsidRPr="00115F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5FBB">
        <w:rPr>
          <w:rFonts w:ascii="Times New Roman" w:hAnsi="Times New Roman" w:cs="Times New Roman"/>
          <w:sz w:val="24"/>
          <w:szCs w:val="24"/>
        </w:rPr>
        <w:t>dziedzictwem</w:t>
      </w:r>
      <w:proofErr w:type="spellEnd"/>
      <w:r w:rsidRPr="00115F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5FBB">
        <w:rPr>
          <w:rFonts w:ascii="Times New Roman" w:hAnsi="Times New Roman" w:cs="Times New Roman"/>
          <w:sz w:val="24"/>
          <w:szCs w:val="24"/>
        </w:rPr>
        <w:t>sportowym</w:t>
      </w:r>
      <w:proofErr w:type="spellEnd"/>
      <w:r w:rsidRPr="00115FBB">
        <w:rPr>
          <w:rFonts w:ascii="Times New Roman" w:hAnsi="Times New Roman" w:cs="Times New Roman"/>
          <w:sz w:val="24"/>
          <w:szCs w:val="24"/>
        </w:rPr>
        <w:t>.</w:t>
      </w:r>
    </w:p>
    <w:p w14:paraId="14C4F07B" w14:textId="604F1A91" w:rsidR="00115FBB" w:rsidRPr="00115FBB" w:rsidRDefault="00115FBB" w:rsidP="00115FB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</w:pPr>
      <w:r w:rsidRPr="00115FBB"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  <w:t>Rozwijanie kreatywności, wyobraźni i indywidualnej wrażliwości artystycznej, zdolności plastycznych oraz zachęcanie dzieci i młodzieży do twórczego wyrażania swoich emocji i pomysłów</w:t>
      </w:r>
      <w:r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  <w:t>.</w:t>
      </w:r>
    </w:p>
    <w:p w14:paraId="2E396C37" w14:textId="2BEFE7CC" w:rsidR="00115FBB" w:rsidRPr="00115FBB" w:rsidRDefault="00115FBB" w:rsidP="00115FBB">
      <w:pPr>
        <w:spacing w:after="0" w:line="259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  <w:t>P</w:t>
      </w:r>
      <w:r w:rsidRPr="00115FBB"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  <w:t>romowanie aktywności artystycznej jako jednej z form poznawania historii i tradycji sportowej.</w:t>
      </w:r>
    </w:p>
    <w:p w14:paraId="17E46074" w14:textId="137037B0" w:rsidR="00151683" w:rsidRPr="00115FBB" w:rsidRDefault="00AD7B1D" w:rsidP="000930C8">
      <w:pPr>
        <w:spacing w:after="0" w:line="259" w:lineRule="auto"/>
        <w:rPr>
          <w:rFonts w:ascii="Times New Roman" w:hAnsi="Times New Roman" w:cs="Times New Roman"/>
          <w:sz w:val="24"/>
          <w:szCs w:val="24"/>
        </w:rPr>
      </w:pPr>
      <w:r w:rsidRPr="00115FBB">
        <w:rPr>
          <w:rFonts w:ascii="Times New Roman" w:hAnsi="Times New Roman" w:cs="Times New Roman"/>
          <w:sz w:val="24"/>
          <w:szCs w:val="24"/>
        </w:rPr>
        <w:t xml:space="preserve">Konkurs ma również </w:t>
      </w:r>
      <w:proofErr w:type="spellStart"/>
      <w:r w:rsidRPr="00115FBB">
        <w:rPr>
          <w:rFonts w:ascii="Times New Roman" w:hAnsi="Times New Roman" w:cs="Times New Roman"/>
          <w:sz w:val="24"/>
          <w:szCs w:val="24"/>
        </w:rPr>
        <w:t>podkreślać</w:t>
      </w:r>
      <w:proofErr w:type="spellEnd"/>
      <w:r w:rsidRPr="00115F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5FBB">
        <w:rPr>
          <w:rFonts w:ascii="Times New Roman" w:hAnsi="Times New Roman" w:cs="Times New Roman"/>
          <w:sz w:val="24"/>
          <w:szCs w:val="24"/>
        </w:rPr>
        <w:t>ideę</w:t>
      </w:r>
      <w:proofErr w:type="spellEnd"/>
      <w:r w:rsidRPr="00115F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5FBB">
        <w:rPr>
          <w:rFonts w:ascii="Times New Roman" w:hAnsi="Times New Roman" w:cs="Times New Roman"/>
          <w:sz w:val="24"/>
          <w:szCs w:val="24"/>
        </w:rPr>
        <w:t>wspólnoty</w:t>
      </w:r>
      <w:proofErr w:type="spellEnd"/>
      <w:r w:rsidRPr="00115F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5FBB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115F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5FBB">
        <w:rPr>
          <w:rFonts w:ascii="Times New Roman" w:hAnsi="Times New Roman" w:cs="Times New Roman"/>
          <w:sz w:val="24"/>
          <w:szCs w:val="24"/>
        </w:rPr>
        <w:t>integracji</w:t>
      </w:r>
      <w:proofErr w:type="spellEnd"/>
      <w:r w:rsidRPr="00115F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5FBB">
        <w:rPr>
          <w:rFonts w:ascii="Times New Roman" w:hAnsi="Times New Roman" w:cs="Times New Roman"/>
          <w:sz w:val="24"/>
          <w:szCs w:val="24"/>
        </w:rPr>
        <w:t>środowiska</w:t>
      </w:r>
      <w:proofErr w:type="spellEnd"/>
      <w:r w:rsidRPr="00115F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5FBB">
        <w:rPr>
          <w:rFonts w:ascii="Times New Roman" w:hAnsi="Times New Roman" w:cs="Times New Roman"/>
          <w:sz w:val="24"/>
          <w:szCs w:val="24"/>
        </w:rPr>
        <w:t>sportowego</w:t>
      </w:r>
      <w:proofErr w:type="spellEnd"/>
      <w:r w:rsidR="00941F9F" w:rsidRPr="00115FBB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2F54F804" w14:textId="77777777" w:rsidR="00151683" w:rsidRPr="00115FBB" w:rsidRDefault="00AD7B1D" w:rsidP="00167D73">
      <w:pPr>
        <w:pStyle w:val="Nagwek1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 w:rsidRPr="00115FBB">
        <w:rPr>
          <w:rFonts w:ascii="Times New Roman" w:hAnsi="Times New Roman" w:cs="Times New Roman"/>
          <w:color w:val="auto"/>
          <w:sz w:val="24"/>
          <w:szCs w:val="24"/>
        </w:rPr>
        <w:t xml:space="preserve">2. </w:t>
      </w:r>
      <w:proofErr w:type="spellStart"/>
      <w:r w:rsidRPr="00115FBB">
        <w:rPr>
          <w:rFonts w:ascii="Times New Roman" w:hAnsi="Times New Roman" w:cs="Times New Roman"/>
          <w:color w:val="auto"/>
          <w:sz w:val="24"/>
          <w:szCs w:val="24"/>
        </w:rPr>
        <w:t>Uczestnicy</w:t>
      </w:r>
      <w:proofErr w:type="spellEnd"/>
      <w:r w:rsidRPr="00115FBB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115FBB">
        <w:rPr>
          <w:rFonts w:ascii="Times New Roman" w:hAnsi="Times New Roman" w:cs="Times New Roman"/>
          <w:color w:val="auto"/>
          <w:sz w:val="24"/>
          <w:szCs w:val="24"/>
        </w:rPr>
        <w:t>konkursu</w:t>
      </w:r>
      <w:proofErr w:type="spellEnd"/>
    </w:p>
    <w:p w14:paraId="69BB7BEE" w14:textId="77777777" w:rsidR="00151683" w:rsidRPr="00115FBB" w:rsidRDefault="00AD7B1D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115FBB">
        <w:rPr>
          <w:rFonts w:ascii="Times New Roman" w:hAnsi="Times New Roman" w:cs="Times New Roman"/>
          <w:sz w:val="24"/>
          <w:szCs w:val="24"/>
        </w:rPr>
        <w:t>Konkurs</w:t>
      </w:r>
      <w:proofErr w:type="spellEnd"/>
      <w:r w:rsidRPr="00115F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5FBB">
        <w:rPr>
          <w:rFonts w:ascii="Times New Roman" w:hAnsi="Times New Roman" w:cs="Times New Roman"/>
          <w:sz w:val="24"/>
          <w:szCs w:val="24"/>
        </w:rPr>
        <w:t>skierowany</w:t>
      </w:r>
      <w:proofErr w:type="spellEnd"/>
      <w:r w:rsidRPr="00115FBB">
        <w:rPr>
          <w:rFonts w:ascii="Times New Roman" w:hAnsi="Times New Roman" w:cs="Times New Roman"/>
          <w:sz w:val="24"/>
          <w:szCs w:val="24"/>
        </w:rPr>
        <w:t xml:space="preserve"> jest do dzieci i młodzieży. Prace będą oceniane w następujących kategoriach wiekowych:</w:t>
      </w:r>
    </w:p>
    <w:p w14:paraId="588E486E" w14:textId="5FD5C234" w:rsidR="00151683" w:rsidRPr="00115FBB" w:rsidRDefault="00AD7B1D">
      <w:pPr>
        <w:pStyle w:val="Listapunktowana"/>
        <w:rPr>
          <w:rFonts w:ascii="Times New Roman" w:hAnsi="Times New Roman" w:cs="Times New Roman"/>
          <w:sz w:val="24"/>
          <w:szCs w:val="24"/>
        </w:rPr>
      </w:pPr>
      <w:r w:rsidRPr="00115FBB">
        <w:rPr>
          <w:rFonts w:ascii="Times New Roman" w:hAnsi="Times New Roman" w:cs="Times New Roman"/>
          <w:sz w:val="24"/>
          <w:szCs w:val="24"/>
        </w:rPr>
        <w:t xml:space="preserve">I </w:t>
      </w:r>
      <w:proofErr w:type="spellStart"/>
      <w:r w:rsidRPr="00115FBB">
        <w:rPr>
          <w:rFonts w:ascii="Times New Roman" w:hAnsi="Times New Roman" w:cs="Times New Roman"/>
          <w:sz w:val="24"/>
          <w:szCs w:val="24"/>
        </w:rPr>
        <w:t>kategoria</w:t>
      </w:r>
      <w:proofErr w:type="spellEnd"/>
      <w:r w:rsidRPr="00115FBB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Pr="00115FBB">
        <w:rPr>
          <w:rFonts w:ascii="Times New Roman" w:hAnsi="Times New Roman" w:cs="Times New Roman"/>
          <w:sz w:val="24"/>
          <w:szCs w:val="24"/>
        </w:rPr>
        <w:t>przedszkola</w:t>
      </w:r>
      <w:proofErr w:type="spellEnd"/>
    </w:p>
    <w:p w14:paraId="657D7E2C" w14:textId="77777777" w:rsidR="00151683" w:rsidRPr="00115FBB" w:rsidRDefault="00AD7B1D">
      <w:pPr>
        <w:pStyle w:val="Listapunktowana"/>
        <w:rPr>
          <w:rFonts w:ascii="Times New Roman" w:hAnsi="Times New Roman" w:cs="Times New Roman"/>
          <w:sz w:val="24"/>
          <w:szCs w:val="24"/>
        </w:rPr>
      </w:pPr>
      <w:r w:rsidRPr="00115FBB">
        <w:rPr>
          <w:rFonts w:ascii="Times New Roman" w:hAnsi="Times New Roman" w:cs="Times New Roman"/>
          <w:sz w:val="24"/>
          <w:szCs w:val="24"/>
        </w:rPr>
        <w:t>II kategoria – klasy I–III szkoły podstawowej</w:t>
      </w:r>
    </w:p>
    <w:p w14:paraId="1A5E5280" w14:textId="77777777" w:rsidR="00151683" w:rsidRPr="00115FBB" w:rsidRDefault="00AD7B1D">
      <w:pPr>
        <w:pStyle w:val="Listapunktowana"/>
        <w:rPr>
          <w:rFonts w:ascii="Times New Roman" w:hAnsi="Times New Roman" w:cs="Times New Roman"/>
          <w:sz w:val="24"/>
          <w:szCs w:val="24"/>
        </w:rPr>
      </w:pPr>
      <w:r w:rsidRPr="00115FBB">
        <w:rPr>
          <w:rFonts w:ascii="Times New Roman" w:hAnsi="Times New Roman" w:cs="Times New Roman"/>
          <w:sz w:val="24"/>
          <w:szCs w:val="24"/>
        </w:rPr>
        <w:t>III kategoria – klasy IV–VI szkoły podstawowej</w:t>
      </w:r>
    </w:p>
    <w:p w14:paraId="2F8FBD49" w14:textId="77777777" w:rsidR="00151683" w:rsidRPr="00115FBB" w:rsidRDefault="00AD7B1D">
      <w:pPr>
        <w:pStyle w:val="Listapunktowana"/>
        <w:rPr>
          <w:rFonts w:ascii="Times New Roman" w:hAnsi="Times New Roman" w:cs="Times New Roman"/>
          <w:sz w:val="24"/>
          <w:szCs w:val="24"/>
        </w:rPr>
      </w:pPr>
      <w:r w:rsidRPr="00115FBB">
        <w:rPr>
          <w:rFonts w:ascii="Times New Roman" w:hAnsi="Times New Roman" w:cs="Times New Roman"/>
          <w:sz w:val="24"/>
          <w:szCs w:val="24"/>
        </w:rPr>
        <w:t>IV kategoria – klasy VII–VIII szkoły podstawowej</w:t>
      </w:r>
    </w:p>
    <w:p w14:paraId="385D699E" w14:textId="77777777" w:rsidR="00151683" w:rsidRPr="00115FBB" w:rsidRDefault="00AD7B1D">
      <w:pPr>
        <w:pStyle w:val="Listapunktowana"/>
        <w:rPr>
          <w:rFonts w:ascii="Times New Roman" w:hAnsi="Times New Roman" w:cs="Times New Roman"/>
          <w:sz w:val="24"/>
          <w:szCs w:val="24"/>
        </w:rPr>
      </w:pPr>
      <w:r w:rsidRPr="00115FBB">
        <w:rPr>
          <w:rFonts w:ascii="Times New Roman" w:hAnsi="Times New Roman" w:cs="Times New Roman"/>
          <w:sz w:val="24"/>
          <w:szCs w:val="24"/>
        </w:rPr>
        <w:t>V kategoria – szkoły ponadpodstawowe</w:t>
      </w:r>
    </w:p>
    <w:p w14:paraId="72A9B2E7" w14:textId="77777777" w:rsidR="00151683" w:rsidRPr="00115FBB" w:rsidRDefault="00AD7B1D">
      <w:pPr>
        <w:pStyle w:val="Listapunktowana"/>
        <w:rPr>
          <w:rFonts w:ascii="Times New Roman" w:hAnsi="Times New Roman" w:cs="Times New Roman"/>
          <w:sz w:val="24"/>
          <w:szCs w:val="24"/>
        </w:rPr>
      </w:pPr>
      <w:r w:rsidRPr="00115FBB">
        <w:rPr>
          <w:rFonts w:ascii="Times New Roman" w:hAnsi="Times New Roman" w:cs="Times New Roman"/>
          <w:sz w:val="24"/>
          <w:szCs w:val="24"/>
        </w:rPr>
        <w:t>Kategoria specjalna – prace zbiorowe przygotowane przez grupę przedszkolną, klasę, grupę świetlicową, sekcję sportową, dom kultury lub inną zorganizowaną grupę dzieci i młodzieży.</w:t>
      </w:r>
    </w:p>
    <w:p w14:paraId="73414652" w14:textId="77777777" w:rsidR="00151683" w:rsidRPr="00115FBB" w:rsidRDefault="00AD7B1D" w:rsidP="00941F9F">
      <w:pPr>
        <w:pStyle w:val="Nagwek1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 w:rsidRPr="00115FBB">
        <w:rPr>
          <w:rFonts w:ascii="Times New Roman" w:hAnsi="Times New Roman" w:cs="Times New Roman"/>
          <w:color w:val="auto"/>
          <w:sz w:val="24"/>
          <w:szCs w:val="24"/>
        </w:rPr>
        <w:t>3. Tematyka konkursu</w:t>
      </w:r>
    </w:p>
    <w:p w14:paraId="2A33A21D" w14:textId="77777777" w:rsidR="00151683" w:rsidRPr="00115FBB" w:rsidRDefault="00AD7B1D">
      <w:pPr>
        <w:rPr>
          <w:rFonts w:ascii="Times New Roman" w:hAnsi="Times New Roman" w:cs="Times New Roman"/>
          <w:sz w:val="24"/>
          <w:szCs w:val="24"/>
        </w:rPr>
      </w:pPr>
      <w:r w:rsidRPr="00115FBB">
        <w:rPr>
          <w:rFonts w:ascii="Times New Roman" w:hAnsi="Times New Roman" w:cs="Times New Roman"/>
          <w:sz w:val="24"/>
          <w:szCs w:val="24"/>
        </w:rPr>
        <w:t>Tematyka konkursu obejmuje 80-letnią historię Unii Oświęcim, jej sportowe tradycje, sukcesy oraz różnorodność dyscyplin, które przez lata współtworzyły klub. Uczestnicy mogą w szczególności:</w:t>
      </w:r>
    </w:p>
    <w:p w14:paraId="19DF02C9" w14:textId="77777777" w:rsidR="00151683" w:rsidRPr="00115FBB" w:rsidRDefault="00AD7B1D">
      <w:pPr>
        <w:pStyle w:val="Listapunktowana"/>
        <w:rPr>
          <w:rFonts w:ascii="Times New Roman" w:hAnsi="Times New Roman" w:cs="Times New Roman"/>
          <w:sz w:val="24"/>
          <w:szCs w:val="24"/>
        </w:rPr>
      </w:pPr>
      <w:r w:rsidRPr="00115FBB">
        <w:rPr>
          <w:rFonts w:ascii="Times New Roman" w:hAnsi="Times New Roman" w:cs="Times New Roman"/>
          <w:sz w:val="24"/>
          <w:szCs w:val="24"/>
        </w:rPr>
        <w:t>pokazać różne dyscypliny sportowe tworzące historię Unii Oświęcim jako jedną sportową rodzinę;</w:t>
      </w:r>
    </w:p>
    <w:p w14:paraId="1B7AA11A" w14:textId="77777777" w:rsidR="00151683" w:rsidRPr="00115FBB" w:rsidRDefault="00AD7B1D">
      <w:pPr>
        <w:pStyle w:val="Listapunktowana"/>
        <w:rPr>
          <w:rFonts w:ascii="Times New Roman" w:hAnsi="Times New Roman" w:cs="Times New Roman"/>
          <w:sz w:val="24"/>
          <w:szCs w:val="24"/>
        </w:rPr>
      </w:pPr>
      <w:r w:rsidRPr="00115FBB">
        <w:rPr>
          <w:rFonts w:ascii="Times New Roman" w:hAnsi="Times New Roman" w:cs="Times New Roman"/>
          <w:sz w:val="24"/>
          <w:szCs w:val="24"/>
        </w:rPr>
        <w:t>przedstawić wybraną dyscyplinę, zawodnika, zawodniczkę, drużynę lub ważne wydarzenie sportowe związane z Unią;</w:t>
      </w:r>
    </w:p>
    <w:p w14:paraId="4A83323E" w14:textId="77777777" w:rsidR="00151683" w:rsidRPr="00115FBB" w:rsidRDefault="00AD7B1D">
      <w:pPr>
        <w:pStyle w:val="Listapunktowana"/>
        <w:rPr>
          <w:rFonts w:ascii="Times New Roman" w:hAnsi="Times New Roman" w:cs="Times New Roman"/>
          <w:sz w:val="24"/>
          <w:szCs w:val="24"/>
        </w:rPr>
      </w:pPr>
      <w:r w:rsidRPr="00115FBB">
        <w:rPr>
          <w:rFonts w:ascii="Times New Roman" w:hAnsi="Times New Roman" w:cs="Times New Roman"/>
          <w:sz w:val="24"/>
          <w:szCs w:val="24"/>
        </w:rPr>
        <w:t>ukazać 80 lat sportowych emocji, sukcesów, tradycji oraz spotkanie dawnych i współczesnych pokoleń sportowców;</w:t>
      </w:r>
    </w:p>
    <w:p w14:paraId="262B5F86" w14:textId="77777777" w:rsidR="00151683" w:rsidRPr="00115FBB" w:rsidRDefault="00AD7B1D">
      <w:pPr>
        <w:pStyle w:val="Listapunktowana"/>
        <w:rPr>
          <w:rFonts w:ascii="Times New Roman" w:hAnsi="Times New Roman" w:cs="Times New Roman"/>
          <w:sz w:val="24"/>
          <w:szCs w:val="24"/>
        </w:rPr>
      </w:pPr>
      <w:r w:rsidRPr="00115FBB">
        <w:rPr>
          <w:rFonts w:ascii="Times New Roman" w:hAnsi="Times New Roman" w:cs="Times New Roman"/>
          <w:sz w:val="24"/>
          <w:szCs w:val="24"/>
        </w:rPr>
        <w:t>przenieść się do przyszłości i pokazać własną wizję Unii Oświęcim w 2046 roku, kiedy klub będzie obchodził 100-lecie.</w:t>
      </w:r>
    </w:p>
    <w:p w14:paraId="68FC59D7" w14:textId="77777777" w:rsidR="00151683" w:rsidRPr="00115FBB" w:rsidRDefault="00AD7B1D">
      <w:pPr>
        <w:rPr>
          <w:rFonts w:ascii="Times New Roman" w:hAnsi="Times New Roman" w:cs="Times New Roman"/>
          <w:bCs/>
          <w:sz w:val="24"/>
          <w:szCs w:val="24"/>
        </w:rPr>
      </w:pPr>
      <w:r w:rsidRPr="00115FBB">
        <w:rPr>
          <w:rFonts w:ascii="Times New Roman" w:hAnsi="Times New Roman" w:cs="Times New Roman"/>
          <w:bCs/>
          <w:sz w:val="24"/>
          <w:szCs w:val="24"/>
        </w:rPr>
        <w:lastRenderedPageBreak/>
        <w:t>Interpretacja tematu jest dowolna, jednak praca powinna nawiązywać do historii, tradycji, wartości, sportowego ducha lub biało-niebieskich barw Unii Oświęcim.</w:t>
      </w:r>
    </w:p>
    <w:p w14:paraId="340F75DB" w14:textId="77777777" w:rsidR="00151683" w:rsidRPr="00115FBB" w:rsidRDefault="00AD7B1D">
      <w:pPr>
        <w:rPr>
          <w:rFonts w:ascii="Times New Roman" w:hAnsi="Times New Roman" w:cs="Times New Roman"/>
          <w:bCs/>
          <w:sz w:val="24"/>
          <w:szCs w:val="24"/>
        </w:rPr>
      </w:pPr>
      <w:r w:rsidRPr="00115FBB">
        <w:rPr>
          <w:rFonts w:ascii="Times New Roman" w:hAnsi="Times New Roman" w:cs="Times New Roman"/>
          <w:bCs/>
          <w:sz w:val="24"/>
          <w:szCs w:val="24"/>
        </w:rPr>
        <w:t>Każda praca konkursowa musi posiadać własny, autorski tytuł nadany przez autora lub autorów.</w:t>
      </w:r>
    </w:p>
    <w:p w14:paraId="502929D9" w14:textId="77777777" w:rsidR="00151683" w:rsidRPr="00115FBB" w:rsidRDefault="00AD7B1D" w:rsidP="00941F9F">
      <w:pPr>
        <w:pStyle w:val="Nagwek1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 w:rsidRPr="00115FBB">
        <w:rPr>
          <w:rFonts w:ascii="Times New Roman" w:hAnsi="Times New Roman" w:cs="Times New Roman"/>
          <w:color w:val="auto"/>
          <w:sz w:val="24"/>
          <w:szCs w:val="24"/>
        </w:rPr>
        <w:t>4. Forma i technika wykonania</w:t>
      </w:r>
    </w:p>
    <w:p w14:paraId="56375B1F" w14:textId="77777777" w:rsidR="00151683" w:rsidRPr="00115FBB" w:rsidRDefault="00AD7B1D">
      <w:pPr>
        <w:pStyle w:val="Listapunktowana"/>
        <w:rPr>
          <w:rFonts w:ascii="Times New Roman" w:hAnsi="Times New Roman" w:cs="Times New Roman"/>
          <w:sz w:val="24"/>
          <w:szCs w:val="24"/>
        </w:rPr>
      </w:pPr>
      <w:r w:rsidRPr="00115FBB">
        <w:rPr>
          <w:rFonts w:ascii="Times New Roman" w:hAnsi="Times New Roman" w:cs="Times New Roman"/>
          <w:sz w:val="24"/>
          <w:szCs w:val="24"/>
        </w:rPr>
        <w:t>Technika wykonania pracy jest dowolna, np. rysunek, malarstwo, kolaż, wyklejanka lub technika mieszana.</w:t>
      </w:r>
    </w:p>
    <w:p w14:paraId="24AFA6AE" w14:textId="77777777" w:rsidR="00151683" w:rsidRPr="00115FBB" w:rsidRDefault="00AD7B1D">
      <w:pPr>
        <w:pStyle w:val="Listapunktowana"/>
        <w:rPr>
          <w:rFonts w:ascii="Times New Roman" w:hAnsi="Times New Roman" w:cs="Times New Roman"/>
          <w:sz w:val="24"/>
          <w:szCs w:val="24"/>
        </w:rPr>
      </w:pPr>
      <w:r w:rsidRPr="00115FBB">
        <w:rPr>
          <w:rFonts w:ascii="Times New Roman" w:hAnsi="Times New Roman" w:cs="Times New Roman"/>
          <w:sz w:val="24"/>
          <w:szCs w:val="24"/>
        </w:rPr>
        <w:t>Format pracy: A3.</w:t>
      </w:r>
    </w:p>
    <w:p w14:paraId="019A22B4" w14:textId="6EE8B933" w:rsidR="00151683" w:rsidRPr="00115FBB" w:rsidRDefault="00AD7B1D">
      <w:pPr>
        <w:pStyle w:val="Listapunktowana"/>
        <w:rPr>
          <w:rFonts w:ascii="Times New Roman" w:hAnsi="Times New Roman" w:cs="Times New Roman"/>
          <w:sz w:val="24"/>
          <w:szCs w:val="24"/>
        </w:rPr>
      </w:pPr>
      <w:r w:rsidRPr="00115FBB">
        <w:rPr>
          <w:rFonts w:ascii="Times New Roman" w:hAnsi="Times New Roman" w:cs="Times New Roman"/>
          <w:sz w:val="24"/>
          <w:szCs w:val="24"/>
        </w:rPr>
        <w:t xml:space="preserve">Praca powinna być wykonana </w:t>
      </w:r>
      <w:proofErr w:type="spellStart"/>
      <w:r w:rsidRPr="00115FBB">
        <w:rPr>
          <w:rFonts w:ascii="Times New Roman" w:hAnsi="Times New Roman" w:cs="Times New Roman"/>
          <w:sz w:val="24"/>
          <w:szCs w:val="24"/>
        </w:rPr>
        <w:t>samodzielnie</w:t>
      </w:r>
      <w:proofErr w:type="spellEnd"/>
      <w:r w:rsidRPr="00115FBB">
        <w:rPr>
          <w:rFonts w:ascii="Times New Roman" w:hAnsi="Times New Roman" w:cs="Times New Roman"/>
          <w:sz w:val="24"/>
          <w:szCs w:val="24"/>
        </w:rPr>
        <w:t xml:space="preserve">; w </w:t>
      </w:r>
      <w:proofErr w:type="spellStart"/>
      <w:r w:rsidRPr="00115FBB">
        <w:rPr>
          <w:rFonts w:ascii="Times New Roman" w:hAnsi="Times New Roman" w:cs="Times New Roman"/>
          <w:sz w:val="24"/>
          <w:szCs w:val="24"/>
        </w:rPr>
        <w:t>przypadku</w:t>
      </w:r>
      <w:proofErr w:type="spellEnd"/>
      <w:r w:rsidRPr="00115F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5FBB">
        <w:rPr>
          <w:rFonts w:ascii="Times New Roman" w:hAnsi="Times New Roman" w:cs="Times New Roman"/>
          <w:sz w:val="24"/>
          <w:szCs w:val="24"/>
        </w:rPr>
        <w:t>kategorii</w:t>
      </w:r>
      <w:proofErr w:type="spellEnd"/>
      <w:r w:rsidRPr="00115F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5FBB">
        <w:rPr>
          <w:rFonts w:ascii="Times New Roman" w:hAnsi="Times New Roman" w:cs="Times New Roman"/>
          <w:sz w:val="24"/>
          <w:szCs w:val="24"/>
        </w:rPr>
        <w:t>zbiorowej</w:t>
      </w:r>
      <w:proofErr w:type="spellEnd"/>
      <w:r w:rsidRPr="00115FBB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Pr="00115FBB">
        <w:rPr>
          <w:rFonts w:ascii="Times New Roman" w:hAnsi="Times New Roman" w:cs="Times New Roman"/>
          <w:sz w:val="24"/>
          <w:szCs w:val="24"/>
        </w:rPr>
        <w:t>wspólnie</w:t>
      </w:r>
      <w:proofErr w:type="spellEnd"/>
      <w:r w:rsidRPr="00115F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5FBB">
        <w:rPr>
          <w:rFonts w:ascii="Times New Roman" w:hAnsi="Times New Roman" w:cs="Times New Roman"/>
          <w:sz w:val="24"/>
          <w:szCs w:val="24"/>
        </w:rPr>
        <w:t>przez</w:t>
      </w:r>
      <w:proofErr w:type="spellEnd"/>
      <w:r w:rsidRPr="00115F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5FBB">
        <w:rPr>
          <w:rFonts w:ascii="Times New Roman" w:hAnsi="Times New Roman" w:cs="Times New Roman"/>
          <w:sz w:val="24"/>
          <w:szCs w:val="24"/>
        </w:rPr>
        <w:t>zgłoszoną</w:t>
      </w:r>
      <w:proofErr w:type="spellEnd"/>
      <w:r w:rsidRPr="00115F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5FBB">
        <w:rPr>
          <w:rFonts w:ascii="Times New Roman" w:hAnsi="Times New Roman" w:cs="Times New Roman"/>
          <w:sz w:val="24"/>
          <w:szCs w:val="24"/>
        </w:rPr>
        <w:t>grupę</w:t>
      </w:r>
      <w:proofErr w:type="spellEnd"/>
      <w:r w:rsidRPr="00115FBB">
        <w:rPr>
          <w:rFonts w:ascii="Times New Roman" w:hAnsi="Times New Roman" w:cs="Times New Roman"/>
          <w:sz w:val="24"/>
          <w:szCs w:val="24"/>
        </w:rPr>
        <w:t>.</w:t>
      </w:r>
    </w:p>
    <w:p w14:paraId="7115C426" w14:textId="07E50F53" w:rsidR="00941F9F" w:rsidRPr="00115FBB" w:rsidRDefault="00941F9F">
      <w:pPr>
        <w:pStyle w:val="Listapunktowana"/>
        <w:rPr>
          <w:rFonts w:ascii="Times New Roman" w:hAnsi="Times New Roman" w:cs="Times New Roman"/>
          <w:sz w:val="24"/>
          <w:szCs w:val="24"/>
        </w:rPr>
      </w:pPr>
      <w:r w:rsidRPr="00115FB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W </w:t>
      </w:r>
      <w:proofErr w:type="spellStart"/>
      <w:r w:rsidRPr="00115FB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przypadku</w:t>
      </w:r>
      <w:proofErr w:type="spellEnd"/>
      <w:r w:rsidRPr="00115FB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115FB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pracy</w:t>
      </w:r>
      <w:proofErr w:type="spellEnd"/>
      <w:r w:rsidRPr="00115FB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115FB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zbiorowej</w:t>
      </w:r>
      <w:proofErr w:type="spellEnd"/>
      <w:r w:rsidRPr="00115FB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115FB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nie</w:t>
      </w:r>
      <w:proofErr w:type="spellEnd"/>
      <w:r w:rsidRPr="00115FB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115FB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określa</w:t>
      </w:r>
      <w:proofErr w:type="spellEnd"/>
      <w:r w:rsidRPr="00115FB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115FB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się</w:t>
      </w:r>
      <w:proofErr w:type="spellEnd"/>
      <w:r w:rsidRPr="00115FB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115FB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formatu</w:t>
      </w:r>
      <w:proofErr w:type="spellEnd"/>
      <w:r w:rsidRPr="00115FB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ani </w:t>
      </w:r>
      <w:proofErr w:type="spellStart"/>
      <w:r w:rsidRPr="00115FB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techniki</w:t>
      </w:r>
      <w:proofErr w:type="spellEnd"/>
      <w:r w:rsidRPr="00115FB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115FB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wykonania</w:t>
      </w:r>
      <w:proofErr w:type="spellEnd"/>
      <w:r w:rsidRPr="00115FB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. </w:t>
      </w:r>
      <w:proofErr w:type="spellStart"/>
      <w:r w:rsidRPr="00115FB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Praca</w:t>
      </w:r>
      <w:proofErr w:type="spellEnd"/>
      <w:r w:rsidRPr="00115FB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115FB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może</w:t>
      </w:r>
      <w:proofErr w:type="spellEnd"/>
      <w:r w:rsidRPr="00115FB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115FB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zostać</w:t>
      </w:r>
      <w:proofErr w:type="spellEnd"/>
      <w:r w:rsidRPr="00115FB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115FB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przygotowana</w:t>
      </w:r>
      <w:proofErr w:type="spellEnd"/>
      <w:r w:rsidRPr="00115FB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w </w:t>
      </w:r>
      <w:proofErr w:type="spellStart"/>
      <w:r w:rsidRPr="00115FB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dowolnym</w:t>
      </w:r>
      <w:proofErr w:type="spellEnd"/>
      <w:r w:rsidRPr="00115FB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115FB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formacie</w:t>
      </w:r>
      <w:proofErr w:type="spellEnd"/>
      <w:r w:rsidRPr="00115FB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115FB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i</w:t>
      </w:r>
      <w:proofErr w:type="spellEnd"/>
      <w:r w:rsidRPr="00115FB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115FB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dowolnej</w:t>
      </w:r>
      <w:proofErr w:type="spellEnd"/>
      <w:r w:rsidRPr="00115FB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115FB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technice</w:t>
      </w:r>
      <w:proofErr w:type="spellEnd"/>
      <w:r w:rsidRPr="00115FB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115FB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plastycznej</w:t>
      </w:r>
      <w:proofErr w:type="spellEnd"/>
      <w:r w:rsidRPr="00115FB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</w:t>
      </w:r>
      <w:proofErr w:type="spellStart"/>
      <w:r w:rsidRPr="00115FB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dostosowanej</w:t>
      </w:r>
      <w:proofErr w:type="spellEnd"/>
      <w:r w:rsidRPr="00115FB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do </w:t>
      </w:r>
      <w:proofErr w:type="spellStart"/>
      <w:r w:rsidRPr="00115FB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pomysłu</w:t>
      </w:r>
      <w:proofErr w:type="spellEnd"/>
      <w:r w:rsidRPr="00115FB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115FB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i</w:t>
      </w:r>
      <w:proofErr w:type="spellEnd"/>
      <w:r w:rsidRPr="00115FB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115FB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liczby</w:t>
      </w:r>
      <w:proofErr w:type="spellEnd"/>
      <w:r w:rsidRPr="00115FB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115FB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uczestników</w:t>
      </w:r>
      <w:proofErr w:type="spellEnd"/>
      <w:r w:rsidRPr="00115FB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</w:p>
    <w:p w14:paraId="1131FD6E" w14:textId="77777777" w:rsidR="00151683" w:rsidRPr="00115FBB" w:rsidRDefault="00AD7B1D">
      <w:pPr>
        <w:pStyle w:val="Listapunktowana"/>
        <w:rPr>
          <w:rFonts w:ascii="Times New Roman" w:hAnsi="Times New Roman" w:cs="Times New Roman"/>
          <w:sz w:val="24"/>
          <w:szCs w:val="24"/>
        </w:rPr>
      </w:pPr>
      <w:r w:rsidRPr="00115FBB">
        <w:rPr>
          <w:rFonts w:ascii="Times New Roman" w:hAnsi="Times New Roman" w:cs="Times New Roman"/>
          <w:sz w:val="24"/>
          <w:szCs w:val="24"/>
        </w:rPr>
        <w:t>Do każdej pracy należy dołączyć czytelnie wypełnioną metryczkę stanowiącą załącznik do regulaminu.</w:t>
      </w:r>
    </w:p>
    <w:p w14:paraId="45D4149E" w14:textId="77777777" w:rsidR="00151683" w:rsidRPr="00115FBB" w:rsidRDefault="00AD7B1D">
      <w:pPr>
        <w:pStyle w:val="Listapunktowana"/>
        <w:rPr>
          <w:rFonts w:ascii="Times New Roman" w:hAnsi="Times New Roman" w:cs="Times New Roman"/>
          <w:sz w:val="24"/>
          <w:szCs w:val="24"/>
        </w:rPr>
      </w:pPr>
      <w:r w:rsidRPr="00115FBB">
        <w:rPr>
          <w:rFonts w:ascii="Times New Roman" w:hAnsi="Times New Roman" w:cs="Times New Roman"/>
          <w:sz w:val="24"/>
          <w:szCs w:val="24"/>
        </w:rPr>
        <w:t>Metryczkę należy trwale przymocować do odwrotnej strony pracy.</w:t>
      </w:r>
    </w:p>
    <w:p w14:paraId="7427C474" w14:textId="77777777" w:rsidR="00151683" w:rsidRPr="00115FBB" w:rsidRDefault="00AD7B1D" w:rsidP="00941F9F">
      <w:pPr>
        <w:pStyle w:val="Nagwek1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 w:rsidRPr="00115FBB">
        <w:rPr>
          <w:rFonts w:ascii="Times New Roman" w:hAnsi="Times New Roman" w:cs="Times New Roman"/>
          <w:color w:val="auto"/>
          <w:sz w:val="24"/>
          <w:szCs w:val="24"/>
        </w:rPr>
        <w:t>5. Termin i miejsce składania prac</w:t>
      </w:r>
    </w:p>
    <w:p w14:paraId="34A89093" w14:textId="7C30ADF9" w:rsidR="00151683" w:rsidRPr="00115FBB" w:rsidRDefault="00AD7B1D">
      <w:pPr>
        <w:rPr>
          <w:rFonts w:ascii="Times New Roman" w:hAnsi="Times New Roman" w:cs="Times New Roman"/>
          <w:sz w:val="24"/>
          <w:szCs w:val="24"/>
        </w:rPr>
      </w:pPr>
      <w:r w:rsidRPr="00115FBB">
        <w:rPr>
          <w:rFonts w:ascii="Times New Roman" w:hAnsi="Times New Roman" w:cs="Times New Roman"/>
          <w:b/>
          <w:sz w:val="24"/>
          <w:szCs w:val="24"/>
        </w:rPr>
        <w:t>Prace konkursowe należy składać do 6 listopada 2026 r.</w:t>
      </w:r>
      <w:r w:rsidRPr="00115FBB">
        <w:rPr>
          <w:rFonts w:ascii="Times New Roman" w:hAnsi="Times New Roman" w:cs="Times New Roman"/>
          <w:sz w:val="24"/>
          <w:szCs w:val="24"/>
        </w:rPr>
        <w:t xml:space="preserve"> w </w:t>
      </w:r>
      <w:proofErr w:type="spellStart"/>
      <w:r w:rsidR="00115FBB">
        <w:rPr>
          <w:rFonts w:ascii="Times New Roman" w:hAnsi="Times New Roman" w:cs="Times New Roman"/>
          <w:sz w:val="24"/>
          <w:szCs w:val="24"/>
        </w:rPr>
        <w:t>b</w:t>
      </w:r>
      <w:r w:rsidRPr="00115FBB">
        <w:rPr>
          <w:rFonts w:ascii="Times New Roman" w:hAnsi="Times New Roman" w:cs="Times New Roman"/>
          <w:sz w:val="24"/>
          <w:szCs w:val="24"/>
        </w:rPr>
        <w:t>iurze</w:t>
      </w:r>
      <w:proofErr w:type="spellEnd"/>
      <w:r w:rsidRPr="00115F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5FBB">
        <w:rPr>
          <w:rFonts w:ascii="Times New Roman" w:hAnsi="Times New Roman" w:cs="Times New Roman"/>
          <w:sz w:val="24"/>
          <w:szCs w:val="24"/>
        </w:rPr>
        <w:t>Unii</w:t>
      </w:r>
      <w:proofErr w:type="spellEnd"/>
      <w:r w:rsidRPr="00115F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5FBB">
        <w:rPr>
          <w:rFonts w:ascii="Times New Roman" w:hAnsi="Times New Roman" w:cs="Times New Roman"/>
          <w:sz w:val="24"/>
          <w:szCs w:val="24"/>
        </w:rPr>
        <w:t>Oświęcim</w:t>
      </w:r>
      <w:proofErr w:type="spellEnd"/>
      <w:r w:rsidRPr="00115FB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15FBB">
        <w:rPr>
          <w:rFonts w:ascii="Times New Roman" w:hAnsi="Times New Roman" w:cs="Times New Roman"/>
          <w:sz w:val="24"/>
          <w:szCs w:val="24"/>
        </w:rPr>
        <w:t>mieszczącym</w:t>
      </w:r>
      <w:proofErr w:type="spellEnd"/>
      <w:r w:rsidRPr="00115FBB">
        <w:rPr>
          <w:rFonts w:ascii="Times New Roman" w:hAnsi="Times New Roman" w:cs="Times New Roman"/>
          <w:sz w:val="24"/>
          <w:szCs w:val="24"/>
        </w:rPr>
        <w:t xml:space="preserve"> się na Hali Lodowej przy ul. Chemików 4 w </w:t>
      </w:r>
      <w:proofErr w:type="spellStart"/>
      <w:r w:rsidRPr="00115FBB">
        <w:rPr>
          <w:rFonts w:ascii="Times New Roman" w:hAnsi="Times New Roman" w:cs="Times New Roman"/>
          <w:sz w:val="24"/>
          <w:szCs w:val="24"/>
        </w:rPr>
        <w:t>Oświęcimiu</w:t>
      </w:r>
      <w:proofErr w:type="spellEnd"/>
      <w:r w:rsidR="00353578">
        <w:rPr>
          <w:rFonts w:ascii="Times New Roman" w:hAnsi="Times New Roman" w:cs="Times New Roman"/>
          <w:sz w:val="24"/>
          <w:szCs w:val="24"/>
        </w:rPr>
        <w:t xml:space="preserve"> w </w:t>
      </w:r>
      <w:proofErr w:type="spellStart"/>
      <w:r w:rsidR="00353578">
        <w:rPr>
          <w:rFonts w:ascii="Times New Roman" w:hAnsi="Times New Roman" w:cs="Times New Roman"/>
          <w:sz w:val="24"/>
          <w:szCs w:val="24"/>
        </w:rPr>
        <w:t>godzinach</w:t>
      </w:r>
      <w:proofErr w:type="spellEnd"/>
      <w:r w:rsidR="00353578">
        <w:rPr>
          <w:rFonts w:ascii="Times New Roman" w:hAnsi="Times New Roman" w:cs="Times New Roman"/>
          <w:sz w:val="24"/>
          <w:szCs w:val="24"/>
        </w:rPr>
        <w:t xml:space="preserve"> 8.00 – 16.00. </w:t>
      </w:r>
    </w:p>
    <w:p w14:paraId="41BF29C0" w14:textId="77777777" w:rsidR="00151683" w:rsidRPr="00115FBB" w:rsidRDefault="00AD7B1D">
      <w:pPr>
        <w:rPr>
          <w:rFonts w:ascii="Times New Roman" w:hAnsi="Times New Roman" w:cs="Times New Roman"/>
          <w:sz w:val="24"/>
          <w:szCs w:val="24"/>
        </w:rPr>
      </w:pPr>
      <w:r w:rsidRPr="00115FBB">
        <w:rPr>
          <w:rFonts w:ascii="Times New Roman" w:hAnsi="Times New Roman" w:cs="Times New Roman"/>
          <w:sz w:val="24"/>
          <w:szCs w:val="24"/>
        </w:rPr>
        <w:t>Prace dostarczone po terminie mogą nie zostać zakwalifikowane do oceny konkursowej.</w:t>
      </w:r>
    </w:p>
    <w:p w14:paraId="5DB17620" w14:textId="77777777" w:rsidR="00151683" w:rsidRPr="00115FBB" w:rsidRDefault="00AD7B1D" w:rsidP="00941F9F">
      <w:pPr>
        <w:pStyle w:val="Nagwek1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 w:rsidRPr="00115FBB">
        <w:rPr>
          <w:rFonts w:ascii="Times New Roman" w:hAnsi="Times New Roman" w:cs="Times New Roman"/>
          <w:color w:val="auto"/>
          <w:sz w:val="24"/>
          <w:szCs w:val="24"/>
        </w:rPr>
        <w:t>6. Ocena prac i rozstrzygnięcie konkursu</w:t>
      </w:r>
    </w:p>
    <w:p w14:paraId="7C0D9F7C" w14:textId="77777777" w:rsidR="00151683" w:rsidRPr="00115FBB" w:rsidRDefault="00AD7B1D">
      <w:pPr>
        <w:rPr>
          <w:rFonts w:ascii="Times New Roman" w:hAnsi="Times New Roman" w:cs="Times New Roman"/>
          <w:sz w:val="24"/>
          <w:szCs w:val="24"/>
        </w:rPr>
      </w:pPr>
      <w:r w:rsidRPr="00115FBB">
        <w:rPr>
          <w:rFonts w:ascii="Times New Roman" w:hAnsi="Times New Roman" w:cs="Times New Roman"/>
          <w:sz w:val="24"/>
          <w:szCs w:val="24"/>
        </w:rPr>
        <w:t>Prace zostaną ocenione przez komisję konkursową. Przy ocenie brane będą pod uwagę w szczególności:</w:t>
      </w:r>
    </w:p>
    <w:p w14:paraId="31AC4D89" w14:textId="77777777" w:rsidR="00151683" w:rsidRPr="00115FBB" w:rsidRDefault="00AD7B1D">
      <w:pPr>
        <w:pStyle w:val="Listapunktowana"/>
        <w:rPr>
          <w:rFonts w:ascii="Times New Roman" w:hAnsi="Times New Roman" w:cs="Times New Roman"/>
          <w:sz w:val="24"/>
          <w:szCs w:val="24"/>
        </w:rPr>
      </w:pPr>
      <w:r w:rsidRPr="00115FBB">
        <w:rPr>
          <w:rFonts w:ascii="Times New Roman" w:hAnsi="Times New Roman" w:cs="Times New Roman"/>
          <w:sz w:val="24"/>
          <w:szCs w:val="24"/>
        </w:rPr>
        <w:t>zgodność z tematyką konkursu;</w:t>
      </w:r>
    </w:p>
    <w:p w14:paraId="3A27536B" w14:textId="77777777" w:rsidR="00151683" w:rsidRPr="00115FBB" w:rsidRDefault="00AD7B1D">
      <w:pPr>
        <w:pStyle w:val="Listapunktowana"/>
        <w:rPr>
          <w:rFonts w:ascii="Times New Roman" w:hAnsi="Times New Roman" w:cs="Times New Roman"/>
          <w:sz w:val="24"/>
          <w:szCs w:val="24"/>
        </w:rPr>
      </w:pPr>
      <w:r w:rsidRPr="00115FBB">
        <w:rPr>
          <w:rFonts w:ascii="Times New Roman" w:hAnsi="Times New Roman" w:cs="Times New Roman"/>
          <w:sz w:val="24"/>
          <w:szCs w:val="24"/>
        </w:rPr>
        <w:t>pomysłowość i oryginalność;</w:t>
      </w:r>
    </w:p>
    <w:p w14:paraId="11B7F0C3" w14:textId="77777777" w:rsidR="00151683" w:rsidRPr="00115FBB" w:rsidRDefault="00AD7B1D">
      <w:pPr>
        <w:pStyle w:val="Listapunktowana"/>
        <w:rPr>
          <w:rFonts w:ascii="Times New Roman" w:hAnsi="Times New Roman" w:cs="Times New Roman"/>
          <w:sz w:val="24"/>
          <w:szCs w:val="24"/>
        </w:rPr>
      </w:pPr>
      <w:r w:rsidRPr="00115FBB">
        <w:rPr>
          <w:rFonts w:ascii="Times New Roman" w:hAnsi="Times New Roman" w:cs="Times New Roman"/>
          <w:sz w:val="24"/>
          <w:szCs w:val="24"/>
        </w:rPr>
        <w:t>walory artystyczne i estetyczne;</w:t>
      </w:r>
    </w:p>
    <w:p w14:paraId="589C27DA" w14:textId="77777777" w:rsidR="00151683" w:rsidRPr="00115FBB" w:rsidRDefault="00AD7B1D">
      <w:pPr>
        <w:pStyle w:val="Listapunktowana"/>
        <w:rPr>
          <w:rFonts w:ascii="Times New Roman" w:hAnsi="Times New Roman" w:cs="Times New Roman"/>
          <w:sz w:val="24"/>
          <w:szCs w:val="24"/>
        </w:rPr>
      </w:pPr>
      <w:r w:rsidRPr="00115FBB">
        <w:rPr>
          <w:rFonts w:ascii="Times New Roman" w:hAnsi="Times New Roman" w:cs="Times New Roman"/>
          <w:sz w:val="24"/>
          <w:szCs w:val="24"/>
        </w:rPr>
        <w:t>samodzielność wykonania odpowiednia do wieku uczestnika;</w:t>
      </w:r>
    </w:p>
    <w:p w14:paraId="79B1CD2E" w14:textId="77777777" w:rsidR="00151683" w:rsidRPr="00115FBB" w:rsidRDefault="00AD7B1D">
      <w:pPr>
        <w:pStyle w:val="Listapunktowana"/>
        <w:rPr>
          <w:rFonts w:ascii="Times New Roman" w:hAnsi="Times New Roman" w:cs="Times New Roman"/>
          <w:sz w:val="24"/>
          <w:szCs w:val="24"/>
        </w:rPr>
      </w:pPr>
      <w:r w:rsidRPr="00115FBB">
        <w:rPr>
          <w:rFonts w:ascii="Times New Roman" w:hAnsi="Times New Roman" w:cs="Times New Roman"/>
          <w:sz w:val="24"/>
          <w:szCs w:val="24"/>
        </w:rPr>
        <w:t>sposób przedstawienia sportowych tradycji i ducha Unii Oświęcim.</w:t>
      </w:r>
    </w:p>
    <w:p w14:paraId="351948A2" w14:textId="77777777" w:rsidR="00151683" w:rsidRPr="00115FBB" w:rsidRDefault="00AD7B1D">
      <w:pPr>
        <w:rPr>
          <w:rFonts w:ascii="Times New Roman" w:hAnsi="Times New Roman" w:cs="Times New Roman"/>
          <w:sz w:val="24"/>
          <w:szCs w:val="24"/>
        </w:rPr>
      </w:pPr>
      <w:r w:rsidRPr="00115FBB">
        <w:rPr>
          <w:rFonts w:ascii="Times New Roman" w:hAnsi="Times New Roman" w:cs="Times New Roman"/>
          <w:sz w:val="24"/>
          <w:szCs w:val="24"/>
        </w:rPr>
        <w:t>Komisja konkursowa wyłoni laureatów w poszczególnych kategoriach wiekowych.</w:t>
      </w:r>
    </w:p>
    <w:p w14:paraId="2604507C" w14:textId="77777777" w:rsidR="00151683" w:rsidRPr="00115FBB" w:rsidRDefault="00AD7B1D">
      <w:pPr>
        <w:rPr>
          <w:rFonts w:ascii="Times New Roman" w:hAnsi="Times New Roman" w:cs="Times New Roman"/>
          <w:bCs/>
          <w:sz w:val="24"/>
          <w:szCs w:val="24"/>
        </w:rPr>
      </w:pPr>
      <w:r w:rsidRPr="00115FBB">
        <w:rPr>
          <w:rFonts w:ascii="Times New Roman" w:hAnsi="Times New Roman" w:cs="Times New Roman"/>
          <w:bCs/>
          <w:sz w:val="24"/>
          <w:szCs w:val="24"/>
        </w:rPr>
        <w:t>Komisja przyzna również Nagrodę Specjalną 80-lecia Unii Oświęcim za najciekawszą pracę zbiorową, która w twórczy sposób przedstawi wspólną historię, różnorodność dyscyplin sportowych oraz biało-niebieskie tradycje Unii Oświęcim.</w:t>
      </w:r>
    </w:p>
    <w:p w14:paraId="0E907287" w14:textId="77777777" w:rsidR="00151683" w:rsidRPr="00115FBB" w:rsidRDefault="00AD7B1D" w:rsidP="00941F9F">
      <w:pPr>
        <w:pStyle w:val="Nagwek1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 w:rsidRPr="00115FBB">
        <w:rPr>
          <w:rFonts w:ascii="Times New Roman" w:hAnsi="Times New Roman" w:cs="Times New Roman"/>
          <w:color w:val="auto"/>
          <w:sz w:val="24"/>
          <w:szCs w:val="24"/>
        </w:rPr>
        <w:lastRenderedPageBreak/>
        <w:t>7. Prezentacja prac</w:t>
      </w:r>
    </w:p>
    <w:p w14:paraId="56865179" w14:textId="6EBF1B88" w:rsidR="00151683" w:rsidRPr="00115FBB" w:rsidRDefault="00AD7B1D">
      <w:pPr>
        <w:rPr>
          <w:rFonts w:ascii="Times New Roman" w:hAnsi="Times New Roman" w:cs="Times New Roman"/>
          <w:sz w:val="24"/>
          <w:szCs w:val="24"/>
        </w:rPr>
      </w:pPr>
      <w:r w:rsidRPr="00115FBB">
        <w:rPr>
          <w:rFonts w:ascii="Times New Roman" w:hAnsi="Times New Roman" w:cs="Times New Roman"/>
          <w:sz w:val="24"/>
          <w:szCs w:val="24"/>
        </w:rPr>
        <w:t xml:space="preserve">Wybrane prace zostaną zaprezentowane na okolicznościowej wystawie towarzyszącej obchodom 80-lecia Unii Oświęcim. Organizator może również prezentować fotografie lub reprodukcje prac w mediach, na stronach internetowych, w mediach społecznościowych oraz w </w:t>
      </w:r>
      <w:proofErr w:type="spellStart"/>
      <w:r w:rsidRPr="00115FBB">
        <w:rPr>
          <w:rFonts w:ascii="Times New Roman" w:hAnsi="Times New Roman" w:cs="Times New Roman"/>
          <w:sz w:val="24"/>
          <w:szCs w:val="24"/>
        </w:rPr>
        <w:t>materiałach</w:t>
      </w:r>
      <w:proofErr w:type="spellEnd"/>
      <w:r w:rsidRPr="00115F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5FBB">
        <w:rPr>
          <w:rFonts w:ascii="Times New Roman" w:hAnsi="Times New Roman" w:cs="Times New Roman"/>
          <w:sz w:val="24"/>
          <w:szCs w:val="24"/>
        </w:rPr>
        <w:t>informacyjnych</w:t>
      </w:r>
      <w:proofErr w:type="spellEnd"/>
      <w:r w:rsidRPr="00115FB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15FBB">
        <w:rPr>
          <w:rFonts w:ascii="Times New Roman" w:hAnsi="Times New Roman" w:cs="Times New Roman"/>
          <w:sz w:val="24"/>
          <w:szCs w:val="24"/>
        </w:rPr>
        <w:t>promocyjnych</w:t>
      </w:r>
      <w:proofErr w:type="spellEnd"/>
      <w:r w:rsidRPr="00115F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5FBB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115F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5FBB">
        <w:rPr>
          <w:rFonts w:ascii="Times New Roman" w:hAnsi="Times New Roman" w:cs="Times New Roman"/>
          <w:sz w:val="24"/>
          <w:szCs w:val="24"/>
        </w:rPr>
        <w:t>dokumentacyjnych</w:t>
      </w:r>
      <w:proofErr w:type="spellEnd"/>
      <w:r w:rsidRPr="00115F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5FBB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115F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5FBB">
        <w:rPr>
          <w:rFonts w:ascii="Times New Roman" w:hAnsi="Times New Roman" w:cs="Times New Roman"/>
          <w:sz w:val="24"/>
          <w:szCs w:val="24"/>
        </w:rPr>
        <w:t>zasadach</w:t>
      </w:r>
      <w:proofErr w:type="spellEnd"/>
      <w:r w:rsidRPr="00115F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5FBB">
        <w:rPr>
          <w:rFonts w:ascii="Times New Roman" w:hAnsi="Times New Roman" w:cs="Times New Roman"/>
          <w:sz w:val="24"/>
          <w:szCs w:val="24"/>
        </w:rPr>
        <w:t>określonych</w:t>
      </w:r>
      <w:proofErr w:type="spellEnd"/>
      <w:r w:rsidRPr="00115FBB">
        <w:rPr>
          <w:rFonts w:ascii="Times New Roman" w:hAnsi="Times New Roman" w:cs="Times New Roman"/>
          <w:sz w:val="24"/>
          <w:szCs w:val="24"/>
        </w:rPr>
        <w:t xml:space="preserve"> w </w:t>
      </w:r>
      <w:proofErr w:type="spellStart"/>
      <w:r w:rsidRPr="00115FBB">
        <w:rPr>
          <w:rFonts w:ascii="Times New Roman" w:hAnsi="Times New Roman" w:cs="Times New Roman"/>
          <w:sz w:val="24"/>
          <w:szCs w:val="24"/>
        </w:rPr>
        <w:t>zgodzie</w:t>
      </w:r>
      <w:proofErr w:type="spellEnd"/>
      <w:r w:rsidRPr="00115FBB">
        <w:rPr>
          <w:rFonts w:ascii="Times New Roman" w:hAnsi="Times New Roman" w:cs="Times New Roman"/>
          <w:sz w:val="24"/>
          <w:szCs w:val="24"/>
        </w:rPr>
        <w:t xml:space="preserve"> dołączonej do metryczki pracy.</w:t>
      </w:r>
    </w:p>
    <w:p w14:paraId="79F08424" w14:textId="77777777" w:rsidR="00151683" w:rsidRPr="00115FBB" w:rsidRDefault="00AD7B1D" w:rsidP="00941F9F">
      <w:pPr>
        <w:pStyle w:val="Nagwek1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 w:rsidRPr="00115FBB">
        <w:rPr>
          <w:rFonts w:ascii="Times New Roman" w:hAnsi="Times New Roman" w:cs="Times New Roman"/>
          <w:color w:val="auto"/>
          <w:sz w:val="24"/>
          <w:szCs w:val="24"/>
        </w:rPr>
        <w:t>8. Zgody i wykorzystanie prac</w:t>
      </w:r>
    </w:p>
    <w:p w14:paraId="1B0A5C94" w14:textId="77777777" w:rsidR="00151683" w:rsidRPr="00115FBB" w:rsidRDefault="00AD7B1D">
      <w:pPr>
        <w:pStyle w:val="Listapunktowana"/>
        <w:rPr>
          <w:rFonts w:ascii="Times New Roman" w:hAnsi="Times New Roman" w:cs="Times New Roman"/>
          <w:sz w:val="24"/>
          <w:szCs w:val="24"/>
        </w:rPr>
      </w:pPr>
      <w:r w:rsidRPr="00115FBB">
        <w:rPr>
          <w:rFonts w:ascii="Times New Roman" w:hAnsi="Times New Roman" w:cs="Times New Roman"/>
          <w:sz w:val="24"/>
          <w:szCs w:val="24"/>
        </w:rPr>
        <w:t>Udział osoby niepełnoletniej w konkursie wymaga zgody rodzica lub opiekuna prawnego w zakresie wskazanym w formularzu dołączonym do pracy.</w:t>
      </w:r>
    </w:p>
    <w:p w14:paraId="778E6B36" w14:textId="77777777" w:rsidR="00151683" w:rsidRPr="00115FBB" w:rsidRDefault="00AD7B1D">
      <w:pPr>
        <w:pStyle w:val="Listapunktowana"/>
        <w:rPr>
          <w:rFonts w:ascii="Times New Roman" w:hAnsi="Times New Roman" w:cs="Times New Roman"/>
          <w:sz w:val="24"/>
          <w:szCs w:val="24"/>
        </w:rPr>
      </w:pPr>
      <w:r w:rsidRPr="00115FBB">
        <w:rPr>
          <w:rFonts w:ascii="Times New Roman" w:hAnsi="Times New Roman" w:cs="Times New Roman"/>
          <w:sz w:val="24"/>
          <w:szCs w:val="24"/>
        </w:rPr>
        <w:t>Autor zachowuje prawa autorskie do swojej pracy. Udzielenie zgody na wykorzystanie pracy nie oznacza przeniesienia autorskich praw majątkowych.</w:t>
      </w:r>
    </w:p>
    <w:p w14:paraId="2DB3E177" w14:textId="77777777" w:rsidR="00151683" w:rsidRPr="00115FBB" w:rsidRDefault="00AD7B1D">
      <w:pPr>
        <w:pStyle w:val="Listapunktowana"/>
        <w:rPr>
          <w:rFonts w:ascii="Times New Roman" w:hAnsi="Times New Roman" w:cs="Times New Roman"/>
          <w:sz w:val="24"/>
          <w:szCs w:val="24"/>
        </w:rPr>
      </w:pPr>
      <w:r w:rsidRPr="00115FBB">
        <w:rPr>
          <w:rFonts w:ascii="Times New Roman" w:hAnsi="Times New Roman" w:cs="Times New Roman"/>
          <w:sz w:val="24"/>
          <w:szCs w:val="24"/>
        </w:rPr>
        <w:t>Zgoda na publikację imienia i nazwiska autora, wieku lub klasy oraz nazwy placówki jest udzielana w formularzu poprzez zaznaczenie odpowiednich pól.</w:t>
      </w:r>
    </w:p>
    <w:p w14:paraId="68DD6CF7" w14:textId="77777777" w:rsidR="00151683" w:rsidRPr="00115FBB" w:rsidRDefault="00AD7B1D" w:rsidP="00941F9F">
      <w:pPr>
        <w:pStyle w:val="Nagwek1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 w:rsidRPr="00115FBB">
        <w:rPr>
          <w:rFonts w:ascii="Times New Roman" w:hAnsi="Times New Roman" w:cs="Times New Roman"/>
          <w:color w:val="auto"/>
          <w:sz w:val="24"/>
          <w:szCs w:val="24"/>
        </w:rPr>
        <w:t>9. Postanowienia końcowe</w:t>
      </w:r>
    </w:p>
    <w:p w14:paraId="11AA3EAA" w14:textId="77777777" w:rsidR="00151683" w:rsidRPr="00115FBB" w:rsidRDefault="00AD7B1D">
      <w:pPr>
        <w:pStyle w:val="Listapunktowana"/>
        <w:rPr>
          <w:rFonts w:ascii="Times New Roman" w:hAnsi="Times New Roman" w:cs="Times New Roman"/>
          <w:sz w:val="24"/>
          <w:szCs w:val="24"/>
        </w:rPr>
      </w:pPr>
      <w:r w:rsidRPr="00115FBB">
        <w:rPr>
          <w:rFonts w:ascii="Times New Roman" w:hAnsi="Times New Roman" w:cs="Times New Roman"/>
          <w:sz w:val="24"/>
          <w:szCs w:val="24"/>
        </w:rPr>
        <w:t>Zgłoszenie pracy do konkursu oznacza akceptację niniejszego regulaminu.</w:t>
      </w:r>
    </w:p>
    <w:p w14:paraId="4B32A7B2" w14:textId="77777777" w:rsidR="00151683" w:rsidRPr="00115FBB" w:rsidRDefault="00AD7B1D">
      <w:pPr>
        <w:pStyle w:val="Listapunktowana"/>
        <w:rPr>
          <w:rFonts w:ascii="Times New Roman" w:hAnsi="Times New Roman" w:cs="Times New Roman"/>
          <w:sz w:val="24"/>
          <w:szCs w:val="24"/>
        </w:rPr>
      </w:pPr>
      <w:r w:rsidRPr="00115FBB">
        <w:rPr>
          <w:rFonts w:ascii="Times New Roman" w:hAnsi="Times New Roman" w:cs="Times New Roman"/>
          <w:sz w:val="24"/>
          <w:szCs w:val="24"/>
        </w:rPr>
        <w:t>Organizator zastrzega sobie możliwość wprowadzenia zmian organizacyjnych, jeżeli będą one niezbędne do prawidłowego przeprowadzenia konkursu.</w:t>
      </w:r>
    </w:p>
    <w:p w14:paraId="71582A62" w14:textId="77777777" w:rsidR="00151683" w:rsidRPr="00115FBB" w:rsidRDefault="00AD7B1D">
      <w:pPr>
        <w:pStyle w:val="Listapunktowana"/>
        <w:rPr>
          <w:rFonts w:ascii="Times New Roman" w:hAnsi="Times New Roman" w:cs="Times New Roman"/>
          <w:sz w:val="24"/>
          <w:szCs w:val="24"/>
        </w:rPr>
      </w:pPr>
      <w:r w:rsidRPr="00115FBB">
        <w:rPr>
          <w:rFonts w:ascii="Times New Roman" w:hAnsi="Times New Roman" w:cs="Times New Roman"/>
          <w:sz w:val="24"/>
          <w:szCs w:val="24"/>
        </w:rPr>
        <w:t>W sprawach nieuregulowanych niniejszym regulaminem decyzję podejmuje organizator konkursu.</w:t>
      </w:r>
    </w:p>
    <w:p w14:paraId="5E5EDFD2" w14:textId="77777777" w:rsidR="00151683" w:rsidRPr="00115FBB" w:rsidRDefault="00151683">
      <w:pPr>
        <w:rPr>
          <w:rFonts w:ascii="Times New Roman" w:hAnsi="Times New Roman" w:cs="Times New Roman"/>
          <w:sz w:val="24"/>
          <w:szCs w:val="24"/>
        </w:rPr>
        <w:sectPr w:rsidR="00151683" w:rsidRPr="00115FBB">
          <w:footerReference w:type="default" r:id="rId8"/>
          <w:pgSz w:w="12240" w:h="15840"/>
          <w:pgMar w:top="1020" w:right="1191" w:bottom="1020" w:left="1191" w:header="720" w:footer="720" w:gutter="0"/>
          <w:cols w:space="720"/>
          <w:docGrid w:linePitch="360"/>
        </w:sectPr>
      </w:pPr>
    </w:p>
    <w:p w14:paraId="78BD5C9E" w14:textId="77777777" w:rsidR="00151683" w:rsidRPr="00E8238E" w:rsidRDefault="00AD7B1D">
      <w:pPr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E8238E">
        <w:rPr>
          <w:rFonts w:ascii="Times New Roman" w:hAnsi="Times New Roman" w:cs="Times New Roman"/>
          <w:bCs/>
          <w:sz w:val="24"/>
          <w:szCs w:val="24"/>
        </w:rPr>
        <w:lastRenderedPageBreak/>
        <w:t>ZAŁĄCZNIK NR 1 – METRYCZKA PRACY KONKURSOWEJ</w:t>
      </w:r>
    </w:p>
    <w:p w14:paraId="139717BB" w14:textId="77777777" w:rsidR="00151683" w:rsidRPr="00E8238E" w:rsidRDefault="00AD7B1D">
      <w:pPr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E8238E">
        <w:rPr>
          <w:rFonts w:ascii="Times New Roman" w:hAnsi="Times New Roman" w:cs="Times New Roman"/>
          <w:bCs/>
          <w:sz w:val="24"/>
          <w:szCs w:val="24"/>
        </w:rPr>
        <w:t>„80 LAT UNII – WIELE DYSCYPLIN, JEDNO SPORTOWE SERCE!”</w:t>
      </w:r>
    </w:p>
    <w:p w14:paraId="26761E01" w14:textId="00B1A686" w:rsidR="00151683" w:rsidRPr="00E8238E" w:rsidRDefault="00AD7B1D">
      <w:pPr>
        <w:spacing w:after="120"/>
        <w:rPr>
          <w:rFonts w:ascii="Times New Roman" w:hAnsi="Times New Roman" w:cs="Times New Roman"/>
          <w:bCs/>
          <w:sz w:val="24"/>
          <w:szCs w:val="24"/>
        </w:rPr>
      </w:pPr>
      <w:r w:rsidRPr="00E8238E">
        <w:rPr>
          <w:rFonts w:ascii="Times New Roman" w:hAnsi="Times New Roman" w:cs="Times New Roman"/>
          <w:bCs/>
          <w:sz w:val="24"/>
          <w:szCs w:val="24"/>
        </w:rPr>
        <w:t>Tytuł pracy: ....................................................................................................................</w:t>
      </w:r>
    </w:p>
    <w:p w14:paraId="1C69C144" w14:textId="6987255F" w:rsidR="00151683" w:rsidRPr="00E8238E" w:rsidRDefault="00AD7B1D">
      <w:pPr>
        <w:spacing w:after="120"/>
        <w:rPr>
          <w:rFonts w:ascii="Times New Roman" w:hAnsi="Times New Roman" w:cs="Times New Roman"/>
          <w:bCs/>
          <w:sz w:val="24"/>
          <w:szCs w:val="24"/>
        </w:rPr>
      </w:pPr>
      <w:r w:rsidRPr="00E8238E">
        <w:rPr>
          <w:rFonts w:ascii="Times New Roman" w:hAnsi="Times New Roman" w:cs="Times New Roman"/>
          <w:bCs/>
          <w:sz w:val="24"/>
          <w:szCs w:val="24"/>
        </w:rPr>
        <w:t>Imię i nazwisko autora: .................................................................................................</w:t>
      </w:r>
    </w:p>
    <w:p w14:paraId="20280A53" w14:textId="6CDDCFB8" w:rsidR="00151683" w:rsidRPr="00E8238E" w:rsidRDefault="00AD7B1D">
      <w:pPr>
        <w:spacing w:after="120"/>
        <w:rPr>
          <w:rFonts w:ascii="Times New Roman" w:hAnsi="Times New Roman" w:cs="Times New Roman"/>
          <w:bCs/>
          <w:sz w:val="24"/>
          <w:szCs w:val="24"/>
        </w:rPr>
      </w:pPr>
      <w:r w:rsidRPr="00E8238E">
        <w:rPr>
          <w:rFonts w:ascii="Times New Roman" w:hAnsi="Times New Roman" w:cs="Times New Roman"/>
          <w:bCs/>
          <w:sz w:val="24"/>
          <w:szCs w:val="24"/>
        </w:rPr>
        <w:t>Wiek .................................................................................................................</w:t>
      </w:r>
      <w:r w:rsidR="00115FBB" w:rsidRPr="00E8238E">
        <w:rPr>
          <w:rFonts w:ascii="Times New Roman" w:hAnsi="Times New Roman" w:cs="Times New Roman"/>
          <w:bCs/>
          <w:sz w:val="24"/>
          <w:szCs w:val="24"/>
        </w:rPr>
        <w:t>...........</w:t>
      </w:r>
      <w:r w:rsidRPr="00E8238E">
        <w:rPr>
          <w:rFonts w:ascii="Times New Roman" w:hAnsi="Times New Roman" w:cs="Times New Roman"/>
          <w:bCs/>
          <w:sz w:val="24"/>
          <w:szCs w:val="24"/>
        </w:rPr>
        <w:t>....</w:t>
      </w:r>
    </w:p>
    <w:p w14:paraId="3B20C39B" w14:textId="77777777" w:rsidR="00151683" w:rsidRPr="00E8238E" w:rsidRDefault="00AD7B1D">
      <w:pPr>
        <w:spacing w:after="120"/>
        <w:rPr>
          <w:rFonts w:ascii="Times New Roman" w:hAnsi="Times New Roman" w:cs="Times New Roman"/>
          <w:bCs/>
          <w:sz w:val="24"/>
          <w:szCs w:val="24"/>
        </w:rPr>
      </w:pPr>
      <w:r w:rsidRPr="00E8238E">
        <w:rPr>
          <w:rFonts w:ascii="Times New Roman" w:hAnsi="Times New Roman" w:cs="Times New Roman"/>
          <w:bCs/>
          <w:sz w:val="24"/>
          <w:szCs w:val="24"/>
        </w:rPr>
        <w:t>Nazwa przedszkola / szkoły / placówki: .....................................................................................................................</w:t>
      </w:r>
    </w:p>
    <w:p w14:paraId="72FCE6A6" w14:textId="77777777" w:rsidR="00151683" w:rsidRPr="00E8238E" w:rsidRDefault="00AD7B1D">
      <w:pPr>
        <w:spacing w:after="120"/>
        <w:rPr>
          <w:rFonts w:ascii="Times New Roman" w:hAnsi="Times New Roman" w:cs="Times New Roman"/>
          <w:bCs/>
          <w:sz w:val="24"/>
          <w:szCs w:val="24"/>
        </w:rPr>
      </w:pPr>
      <w:r w:rsidRPr="00E8238E">
        <w:rPr>
          <w:rFonts w:ascii="Times New Roman" w:hAnsi="Times New Roman" w:cs="Times New Roman"/>
          <w:bCs/>
          <w:sz w:val="24"/>
          <w:szCs w:val="24"/>
        </w:rPr>
        <w:t>Imię i nazwisko nauczyciela / opiekuna: .....................................................................................................................</w:t>
      </w:r>
    </w:p>
    <w:p w14:paraId="6B296A3C" w14:textId="1476BE8E" w:rsidR="00151683" w:rsidRPr="00E8238E" w:rsidRDefault="00AD7B1D">
      <w:pPr>
        <w:spacing w:after="120"/>
        <w:rPr>
          <w:rFonts w:ascii="Times New Roman" w:hAnsi="Times New Roman" w:cs="Times New Roman"/>
          <w:bCs/>
          <w:sz w:val="24"/>
          <w:szCs w:val="24"/>
        </w:rPr>
      </w:pPr>
      <w:r w:rsidRPr="00E8238E">
        <w:rPr>
          <w:rFonts w:ascii="Times New Roman" w:hAnsi="Times New Roman" w:cs="Times New Roman"/>
          <w:bCs/>
          <w:sz w:val="24"/>
          <w:szCs w:val="24"/>
        </w:rPr>
        <w:t>Telefon kontaktowy do rodzica / opiekuna / placówki: .....................................................................................................................</w:t>
      </w:r>
      <w:r w:rsidR="00115FBB" w:rsidRPr="00E8238E">
        <w:rPr>
          <w:rFonts w:ascii="Times New Roman" w:hAnsi="Times New Roman" w:cs="Times New Roman"/>
          <w:bCs/>
          <w:sz w:val="24"/>
          <w:szCs w:val="24"/>
        </w:rPr>
        <w:t>.</w:t>
      </w:r>
    </w:p>
    <w:p w14:paraId="2EDD6A6C" w14:textId="2A79190A" w:rsidR="00151683" w:rsidRPr="00E8238E" w:rsidRDefault="00AD7B1D">
      <w:pPr>
        <w:spacing w:after="120"/>
        <w:rPr>
          <w:rFonts w:ascii="Times New Roman" w:hAnsi="Times New Roman" w:cs="Times New Roman"/>
          <w:bCs/>
          <w:sz w:val="24"/>
          <w:szCs w:val="24"/>
        </w:rPr>
      </w:pPr>
      <w:r w:rsidRPr="00E8238E">
        <w:rPr>
          <w:rFonts w:ascii="Times New Roman" w:hAnsi="Times New Roman" w:cs="Times New Roman"/>
          <w:bCs/>
          <w:sz w:val="24"/>
          <w:szCs w:val="24"/>
        </w:rPr>
        <w:t>Adres e-mail: ..............................................................................................</w:t>
      </w:r>
    </w:p>
    <w:p w14:paraId="7F4876FD" w14:textId="77777777" w:rsidR="00151683" w:rsidRPr="00E8238E" w:rsidRDefault="00AD7B1D">
      <w:pPr>
        <w:rPr>
          <w:rFonts w:ascii="Times New Roman" w:hAnsi="Times New Roman" w:cs="Times New Roman"/>
          <w:bCs/>
          <w:sz w:val="24"/>
          <w:szCs w:val="24"/>
        </w:rPr>
      </w:pPr>
      <w:r w:rsidRPr="00E8238E">
        <w:rPr>
          <w:rFonts w:ascii="Times New Roman" w:hAnsi="Times New Roman" w:cs="Times New Roman"/>
          <w:bCs/>
          <w:sz w:val="24"/>
          <w:szCs w:val="24"/>
        </w:rPr>
        <w:t>Kategoria:</w:t>
      </w:r>
    </w:p>
    <w:p w14:paraId="1A09CC3C" w14:textId="7915CBF3" w:rsidR="00151683" w:rsidRPr="00115FBB" w:rsidRDefault="00AD7B1D">
      <w:pPr>
        <w:spacing w:after="20"/>
        <w:ind w:left="227"/>
        <w:rPr>
          <w:rFonts w:ascii="Times New Roman" w:hAnsi="Times New Roman" w:cs="Times New Roman"/>
          <w:sz w:val="24"/>
          <w:szCs w:val="24"/>
        </w:rPr>
      </w:pPr>
      <w:r w:rsidRPr="00115FBB">
        <w:rPr>
          <w:rFonts w:ascii="Segoe UI Symbol" w:hAnsi="Segoe UI Symbol" w:cs="Segoe UI Symbol"/>
          <w:sz w:val="24"/>
          <w:szCs w:val="24"/>
        </w:rPr>
        <w:t>☐</w:t>
      </w:r>
      <w:r w:rsidRPr="00115FBB">
        <w:rPr>
          <w:rFonts w:ascii="Times New Roman" w:hAnsi="Times New Roman" w:cs="Times New Roman"/>
          <w:sz w:val="24"/>
          <w:szCs w:val="24"/>
        </w:rPr>
        <w:t xml:space="preserve"> I – </w:t>
      </w:r>
      <w:proofErr w:type="spellStart"/>
      <w:r w:rsidRPr="00115FBB">
        <w:rPr>
          <w:rFonts w:ascii="Times New Roman" w:hAnsi="Times New Roman" w:cs="Times New Roman"/>
          <w:sz w:val="24"/>
          <w:szCs w:val="24"/>
        </w:rPr>
        <w:t>przedszkola</w:t>
      </w:r>
      <w:proofErr w:type="spellEnd"/>
    </w:p>
    <w:p w14:paraId="04ECEB3F" w14:textId="77777777" w:rsidR="00151683" w:rsidRPr="00115FBB" w:rsidRDefault="00AD7B1D">
      <w:pPr>
        <w:spacing w:after="20"/>
        <w:ind w:left="227"/>
        <w:rPr>
          <w:rFonts w:ascii="Times New Roman" w:hAnsi="Times New Roman" w:cs="Times New Roman"/>
          <w:sz w:val="24"/>
          <w:szCs w:val="24"/>
        </w:rPr>
      </w:pPr>
      <w:r w:rsidRPr="00115FBB">
        <w:rPr>
          <w:rFonts w:ascii="Segoe UI Symbol" w:hAnsi="Segoe UI Symbol" w:cs="Segoe UI Symbol"/>
          <w:sz w:val="24"/>
          <w:szCs w:val="24"/>
        </w:rPr>
        <w:t>☐</w:t>
      </w:r>
      <w:r w:rsidRPr="00115FBB">
        <w:rPr>
          <w:rFonts w:ascii="Times New Roman" w:hAnsi="Times New Roman" w:cs="Times New Roman"/>
          <w:sz w:val="24"/>
          <w:szCs w:val="24"/>
        </w:rPr>
        <w:t xml:space="preserve"> II – klasy I–III SP</w:t>
      </w:r>
    </w:p>
    <w:p w14:paraId="10099460" w14:textId="77777777" w:rsidR="00151683" w:rsidRPr="00115FBB" w:rsidRDefault="00AD7B1D">
      <w:pPr>
        <w:spacing w:after="20"/>
        <w:ind w:left="227"/>
        <w:rPr>
          <w:rFonts w:ascii="Times New Roman" w:hAnsi="Times New Roman" w:cs="Times New Roman"/>
          <w:sz w:val="24"/>
          <w:szCs w:val="24"/>
        </w:rPr>
      </w:pPr>
      <w:r w:rsidRPr="00115FBB">
        <w:rPr>
          <w:rFonts w:ascii="Segoe UI Symbol" w:hAnsi="Segoe UI Symbol" w:cs="Segoe UI Symbol"/>
          <w:sz w:val="24"/>
          <w:szCs w:val="24"/>
        </w:rPr>
        <w:t>☐</w:t>
      </w:r>
      <w:r w:rsidRPr="00115FBB">
        <w:rPr>
          <w:rFonts w:ascii="Times New Roman" w:hAnsi="Times New Roman" w:cs="Times New Roman"/>
          <w:sz w:val="24"/>
          <w:szCs w:val="24"/>
        </w:rPr>
        <w:t xml:space="preserve"> III – klasy IV–VI SP</w:t>
      </w:r>
    </w:p>
    <w:p w14:paraId="5A8DDB19" w14:textId="77777777" w:rsidR="00151683" w:rsidRPr="00115FBB" w:rsidRDefault="00AD7B1D">
      <w:pPr>
        <w:spacing w:after="20"/>
        <w:ind w:left="227"/>
        <w:rPr>
          <w:rFonts w:ascii="Times New Roman" w:hAnsi="Times New Roman" w:cs="Times New Roman"/>
          <w:sz w:val="24"/>
          <w:szCs w:val="24"/>
        </w:rPr>
      </w:pPr>
      <w:r w:rsidRPr="00115FBB">
        <w:rPr>
          <w:rFonts w:ascii="Segoe UI Symbol" w:hAnsi="Segoe UI Symbol" w:cs="Segoe UI Symbol"/>
          <w:sz w:val="24"/>
          <w:szCs w:val="24"/>
        </w:rPr>
        <w:t>☐</w:t>
      </w:r>
      <w:r w:rsidRPr="00115FBB">
        <w:rPr>
          <w:rFonts w:ascii="Times New Roman" w:hAnsi="Times New Roman" w:cs="Times New Roman"/>
          <w:sz w:val="24"/>
          <w:szCs w:val="24"/>
        </w:rPr>
        <w:t xml:space="preserve"> IV – klasy VII–VIII SP</w:t>
      </w:r>
    </w:p>
    <w:p w14:paraId="0F1B3F14" w14:textId="77777777" w:rsidR="00151683" w:rsidRPr="00115FBB" w:rsidRDefault="00AD7B1D">
      <w:pPr>
        <w:spacing w:after="20"/>
        <w:ind w:left="227"/>
        <w:rPr>
          <w:rFonts w:ascii="Times New Roman" w:hAnsi="Times New Roman" w:cs="Times New Roman"/>
          <w:sz w:val="24"/>
          <w:szCs w:val="24"/>
        </w:rPr>
      </w:pPr>
      <w:r w:rsidRPr="00115FBB">
        <w:rPr>
          <w:rFonts w:ascii="Segoe UI Symbol" w:hAnsi="Segoe UI Symbol" w:cs="Segoe UI Symbol"/>
          <w:sz w:val="24"/>
          <w:szCs w:val="24"/>
        </w:rPr>
        <w:t>☐</w:t>
      </w:r>
      <w:r w:rsidRPr="00115FBB">
        <w:rPr>
          <w:rFonts w:ascii="Times New Roman" w:hAnsi="Times New Roman" w:cs="Times New Roman"/>
          <w:sz w:val="24"/>
          <w:szCs w:val="24"/>
        </w:rPr>
        <w:t xml:space="preserve"> V – szkoły ponadpodstawowe</w:t>
      </w:r>
    </w:p>
    <w:p w14:paraId="234F9272" w14:textId="77777777" w:rsidR="00151683" w:rsidRPr="00115FBB" w:rsidRDefault="00AD7B1D">
      <w:pPr>
        <w:spacing w:after="20"/>
        <w:ind w:left="227"/>
        <w:rPr>
          <w:rFonts w:ascii="Times New Roman" w:hAnsi="Times New Roman" w:cs="Times New Roman"/>
          <w:sz w:val="24"/>
          <w:szCs w:val="24"/>
        </w:rPr>
      </w:pPr>
      <w:r w:rsidRPr="00115FBB">
        <w:rPr>
          <w:rFonts w:ascii="Segoe UI Symbol" w:hAnsi="Segoe UI Symbol" w:cs="Segoe UI Symbol"/>
          <w:sz w:val="24"/>
          <w:szCs w:val="24"/>
        </w:rPr>
        <w:t>☐</w:t>
      </w:r>
      <w:r w:rsidRPr="00115FBB">
        <w:rPr>
          <w:rFonts w:ascii="Times New Roman" w:hAnsi="Times New Roman" w:cs="Times New Roman"/>
          <w:sz w:val="24"/>
          <w:szCs w:val="24"/>
        </w:rPr>
        <w:t xml:space="preserve"> praca zbiorowa</w:t>
      </w:r>
    </w:p>
    <w:p w14:paraId="3EB1F163" w14:textId="77777777" w:rsidR="00151683" w:rsidRPr="00E8238E" w:rsidRDefault="00AD7B1D">
      <w:pPr>
        <w:spacing w:before="100"/>
        <w:rPr>
          <w:rFonts w:ascii="Times New Roman" w:hAnsi="Times New Roman" w:cs="Times New Roman"/>
          <w:bCs/>
          <w:sz w:val="24"/>
          <w:szCs w:val="24"/>
        </w:rPr>
      </w:pPr>
      <w:r w:rsidRPr="00E8238E">
        <w:rPr>
          <w:rFonts w:ascii="Times New Roman" w:hAnsi="Times New Roman" w:cs="Times New Roman"/>
          <w:bCs/>
          <w:sz w:val="24"/>
          <w:szCs w:val="24"/>
        </w:rPr>
        <w:t>W przypadku pracy zbiorowej:</w:t>
      </w:r>
    </w:p>
    <w:p w14:paraId="4B8631DD" w14:textId="77777777" w:rsidR="00151683" w:rsidRPr="00E8238E" w:rsidRDefault="00AD7B1D">
      <w:pPr>
        <w:spacing w:after="120"/>
        <w:rPr>
          <w:rFonts w:ascii="Times New Roman" w:hAnsi="Times New Roman" w:cs="Times New Roman"/>
          <w:bCs/>
          <w:sz w:val="24"/>
          <w:szCs w:val="24"/>
        </w:rPr>
      </w:pPr>
      <w:r w:rsidRPr="00E8238E">
        <w:rPr>
          <w:rFonts w:ascii="Times New Roman" w:hAnsi="Times New Roman" w:cs="Times New Roman"/>
          <w:bCs/>
          <w:sz w:val="24"/>
          <w:szCs w:val="24"/>
        </w:rPr>
        <w:t>Nazwa grupy / klasy / sekcji: ........................................................................................................</w:t>
      </w:r>
    </w:p>
    <w:p w14:paraId="7633CF63" w14:textId="481963D2" w:rsidR="00151683" w:rsidRPr="00E8238E" w:rsidRDefault="00AD7B1D">
      <w:pPr>
        <w:spacing w:after="120"/>
        <w:rPr>
          <w:rFonts w:ascii="Times New Roman" w:hAnsi="Times New Roman" w:cs="Times New Roman"/>
          <w:bCs/>
          <w:sz w:val="24"/>
          <w:szCs w:val="24"/>
        </w:rPr>
      </w:pPr>
      <w:r w:rsidRPr="00E8238E">
        <w:rPr>
          <w:rFonts w:ascii="Times New Roman" w:hAnsi="Times New Roman" w:cs="Times New Roman"/>
          <w:bCs/>
          <w:sz w:val="24"/>
          <w:szCs w:val="24"/>
        </w:rPr>
        <w:t>Liczba autorów pracy: ......................................................................................</w:t>
      </w:r>
      <w:r w:rsidR="00E8238E" w:rsidRPr="00E8238E">
        <w:rPr>
          <w:rFonts w:ascii="Times New Roman" w:hAnsi="Times New Roman" w:cs="Times New Roman"/>
          <w:bCs/>
          <w:sz w:val="24"/>
          <w:szCs w:val="24"/>
        </w:rPr>
        <w:t>...........</w:t>
      </w:r>
      <w:r w:rsidRPr="00E8238E">
        <w:rPr>
          <w:rFonts w:ascii="Times New Roman" w:hAnsi="Times New Roman" w:cs="Times New Roman"/>
          <w:bCs/>
          <w:sz w:val="24"/>
          <w:szCs w:val="24"/>
        </w:rPr>
        <w:t>.................</w:t>
      </w:r>
    </w:p>
    <w:p w14:paraId="3CA7FC94" w14:textId="3C815151" w:rsidR="00151683" w:rsidRPr="00E8238E" w:rsidRDefault="00AD7B1D">
      <w:pPr>
        <w:spacing w:after="120"/>
        <w:rPr>
          <w:rFonts w:ascii="Times New Roman" w:hAnsi="Times New Roman" w:cs="Times New Roman"/>
          <w:bCs/>
          <w:sz w:val="24"/>
          <w:szCs w:val="24"/>
        </w:rPr>
      </w:pPr>
      <w:r w:rsidRPr="00E8238E">
        <w:rPr>
          <w:rFonts w:ascii="Times New Roman" w:hAnsi="Times New Roman" w:cs="Times New Roman"/>
          <w:bCs/>
          <w:sz w:val="24"/>
          <w:szCs w:val="24"/>
        </w:rPr>
        <w:t>Imię i nazwisko opiekuna grupy: ..................................................................................................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200"/>
      </w:tblGrid>
      <w:tr w:rsidR="00151683" w:rsidRPr="00115FBB" w14:paraId="546AE0E0" w14:textId="77777777">
        <w:trPr>
          <w:jc w:val="center"/>
        </w:trPr>
        <w:tc>
          <w:tcPr>
            <w:tcW w:w="10200" w:type="dxa"/>
            <w:shd w:val="clear" w:color="auto" w:fill="EAF1F8"/>
          </w:tcPr>
          <w:p w14:paraId="13919E19" w14:textId="77777777" w:rsidR="00151683" w:rsidRPr="00115FBB" w:rsidRDefault="00AD7B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5FBB">
              <w:rPr>
                <w:rFonts w:ascii="Times New Roman" w:hAnsi="Times New Roman" w:cs="Times New Roman"/>
                <w:b/>
                <w:color w:val="174882"/>
                <w:sz w:val="24"/>
                <w:szCs w:val="24"/>
              </w:rPr>
              <w:t>Metryczkę należy trwale przymocować do odwrotnej strony pracy.</w:t>
            </w:r>
          </w:p>
        </w:tc>
      </w:tr>
    </w:tbl>
    <w:p w14:paraId="2341C945" w14:textId="77777777" w:rsidR="00151683" w:rsidRPr="00115FBB" w:rsidRDefault="00AD7B1D">
      <w:pPr>
        <w:rPr>
          <w:rFonts w:ascii="Times New Roman" w:hAnsi="Times New Roman" w:cs="Times New Roman"/>
          <w:sz w:val="24"/>
          <w:szCs w:val="24"/>
        </w:rPr>
      </w:pPr>
      <w:r w:rsidRPr="00115FBB">
        <w:rPr>
          <w:rFonts w:ascii="Times New Roman" w:hAnsi="Times New Roman" w:cs="Times New Roman"/>
          <w:sz w:val="24"/>
          <w:szCs w:val="24"/>
        </w:rPr>
        <w:br w:type="page"/>
      </w:r>
    </w:p>
    <w:p w14:paraId="2DD31204" w14:textId="77777777" w:rsidR="00151683" w:rsidRPr="00E8238E" w:rsidRDefault="00AD7B1D">
      <w:pPr>
        <w:jc w:val="center"/>
        <w:rPr>
          <w:rFonts w:ascii="Times New Roman" w:hAnsi="Times New Roman" w:cs="Times New Roman"/>
          <w:sz w:val="24"/>
          <w:szCs w:val="24"/>
        </w:rPr>
      </w:pPr>
      <w:r w:rsidRPr="00E8238E">
        <w:rPr>
          <w:rFonts w:ascii="Times New Roman" w:hAnsi="Times New Roman" w:cs="Times New Roman"/>
          <w:b/>
          <w:sz w:val="24"/>
          <w:szCs w:val="24"/>
        </w:rPr>
        <w:lastRenderedPageBreak/>
        <w:t>ZGODA NA WYKORZYSTANIE PRACY KONKURSOWEJ</w:t>
      </w:r>
    </w:p>
    <w:p w14:paraId="1566F4E7" w14:textId="77777777" w:rsidR="00151683" w:rsidRPr="00115FBB" w:rsidRDefault="00AD7B1D">
      <w:pPr>
        <w:spacing w:after="100"/>
        <w:rPr>
          <w:rFonts w:ascii="Times New Roman" w:hAnsi="Times New Roman" w:cs="Times New Roman"/>
          <w:sz w:val="24"/>
          <w:szCs w:val="24"/>
        </w:rPr>
      </w:pPr>
      <w:r w:rsidRPr="00115FBB">
        <w:rPr>
          <w:rFonts w:ascii="Times New Roman" w:hAnsi="Times New Roman" w:cs="Times New Roman"/>
          <w:sz w:val="24"/>
          <w:szCs w:val="24"/>
        </w:rPr>
        <w:t>Wyrażam zgodę na nieodpłatne wykorzystanie pracy konkursowej mojego dziecka / uczestnika konkursu przez organizatora konkursu w celach związanych z organizacją, promocją i dokumentacją konkursu oraz obchodów 80-lecia Unii Oświęcim.</w:t>
      </w:r>
    </w:p>
    <w:p w14:paraId="29CE0667" w14:textId="77777777" w:rsidR="00151683" w:rsidRPr="00115FBB" w:rsidRDefault="00AD7B1D">
      <w:pPr>
        <w:rPr>
          <w:rFonts w:ascii="Times New Roman" w:hAnsi="Times New Roman" w:cs="Times New Roman"/>
          <w:sz w:val="24"/>
          <w:szCs w:val="24"/>
        </w:rPr>
      </w:pPr>
      <w:r w:rsidRPr="00115FBB">
        <w:rPr>
          <w:rFonts w:ascii="Times New Roman" w:hAnsi="Times New Roman" w:cs="Times New Roman"/>
          <w:sz w:val="24"/>
          <w:szCs w:val="24"/>
        </w:rPr>
        <w:t>Zgoda obejmuje w szczególności:</w:t>
      </w:r>
    </w:p>
    <w:p w14:paraId="5FD87801" w14:textId="77777777" w:rsidR="00151683" w:rsidRPr="00115FBB" w:rsidRDefault="00AD7B1D">
      <w:pPr>
        <w:pStyle w:val="Listapunktowana"/>
        <w:rPr>
          <w:rFonts w:ascii="Times New Roman" w:hAnsi="Times New Roman" w:cs="Times New Roman"/>
          <w:sz w:val="24"/>
          <w:szCs w:val="24"/>
        </w:rPr>
      </w:pPr>
      <w:r w:rsidRPr="00115FBB">
        <w:rPr>
          <w:rFonts w:ascii="Times New Roman" w:hAnsi="Times New Roman" w:cs="Times New Roman"/>
          <w:sz w:val="24"/>
          <w:szCs w:val="24"/>
        </w:rPr>
        <w:t>prezentację pracy na wystawach i ekspozycjach związanych z konkursem oraz obchodami 80-lecia Unii Oświęcim;</w:t>
      </w:r>
    </w:p>
    <w:p w14:paraId="0E80AF5C" w14:textId="77777777" w:rsidR="00151683" w:rsidRPr="00115FBB" w:rsidRDefault="00AD7B1D">
      <w:pPr>
        <w:pStyle w:val="Listapunktowana"/>
        <w:rPr>
          <w:rFonts w:ascii="Times New Roman" w:hAnsi="Times New Roman" w:cs="Times New Roman"/>
          <w:sz w:val="24"/>
          <w:szCs w:val="24"/>
        </w:rPr>
      </w:pPr>
      <w:r w:rsidRPr="00115FBB">
        <w:rPr>
          <w:rFonts w:ascii="Times New Roman" w:hAnsi="Times New Roman" w:cs="Times New Roman"/>
          <w:sz w:val="24"/>
          <w:szCs w:val="24"/>
        </w:rPr>
        <w:t>wykonanie i publikację fotografii lub reprodukcji pracy;</w:t>
      </w:r>
    </w:p>
    <w:p w14:paraId="79D40C99" w14:textId="77777777" w:rsidR="00151683" w:rsidRPr="00115FBB" w:rsidRDefault="00AD7B1D">
      <w:pPr>
        <w:pStyle w:val="Listapunktowana"/>
        <w:rPr>
          <w:rFonts w:ascii="Times New Roman" w:hAnsi="Times New Roman" w:cs="Times New Roman"/>
          <w:sz w:val="24"/>
          <w:szCs w:val="24"/>
        </w:rPr>
      </w:pPr>
      <w:r w:rsidRPr="00115FBB">
        <w:rPr>
          <w:rFonts w:ascii="Times New Roman" w:hAnsi="Times New Roman" w:cs="Times New Roman"/>
          <w:sz w:val="24"/>
          <w:szCs w:val="24"/>
        </w:rPr>
        <w:t>publikację pracy na stronach internetowych organizatora i partnerów wydarzenia;</w:t>
      </w:r>
    </w:p>
    <w:p w14:paraId="56F441EA" w14:textId="77777777" w:rsidR="00151683" w:rsidRPr="00115FBB" w:rsidRDefault="00AD7B1D">
      <w:pPr>
        <w:pStyle w:val="Listapunktowana"/>
        <w:rPr>
          <w:rFonts w:ascii="Times New Roman" w:hAnsi="Times New Roman" w:cs="Times New Roman"/>
          <w:sz w:val="24"/>
          <w:szCs w:val="24"/>
        </w:rPr>
      </w:pPr>
      <w:r w:rsidRPr="00115FBB">
        <w:rPr>
          <w:rFonts w:ascii="Times New Roman" w:hAnsi="Times New Roman" w:cs="Times New Roman"/>
          <w:sz w:val="24"/>
          <w:szCs w:val="24"/>
        </w:rPr>
        <w:t>publikację w mediach społecznościowych i mediach lokalnych;</w:t>
      </w:r>
    </w:p>
    <w:p w14:paraId="7391A36B" w14:textId="77777777" w:rsidR="00151683" w:rsidRPr="00115FBB" w:rsidRDefault="00AD7B1D">
      <w:pPr>
        <w:pStyle w:val="Listapunktowana"/>
        <w:rPr>
          <w:rFonts w:ascii="Times New Roman" w:hAnsi="Times New Roman" w:cs="Times New Roman"/>
          <w:sz w:val="24"/>
          <w:szCs w:val="24"/>
        </w:rPr>
      </w:pPr>
      <w:r w:rsidRPr="00115FBB">
        <w:rPr>
          <w:rFonts w:ascii="Times New Roman" w:hAnsi="Times New Roman" w:cs="Times New Roman"/>
          <w:sz w:val="24"/>
          <w:szCs w:val="24"/>
        </w:rPr>
        <w:t>wykorzystanie pracy w materiałach informacyjnych, promocyjnych, dokumentacyjnych i podsumowujących konkurs oraz obchody 80-lecia Unii Oświęcim.</w:t>
      </w:r>
    </w:p>
    <w:p w14:paraId="353731EA" w14:textId="77777777" w:rsidR="00151683" w:rsidRPr="00115FBB" w:rsidRDefault="00AD7B1D">
      <w:pPr>
        <w:rPr>
          <w:rFonts w:ascii="Times New Roman" w:hAnsi="Times New Roman" w:cs="Times New Roman"/>
          <w:sz w:val="24"/>
          <w:szCs w:val="24"/>
        </w:rPr>
      </w:pPr>
      <w:r w:rsidRPr="00115FBB">
        <w:rPr>
          <w:rFonts w:ascii="Times New Roman" w:hAnsi="Times New Roman" w:cs="Times New Roman"/>
          <w:sz w:val="24"/>
          <w:szCs w:val="24"/>
        </w:rPr>
        <w:t>Wyrażam również zgodę na podanie przy prezentacji lub publikacji pracy:</w:t>
      </w:r>
    </w:p>
    <w:p w14:paraId="2B2EF16E" w14:textId="32418DA6" w:rsidR="00151683" w:rsidRPr="00115FBB" w:rsidRDefault="00AD7B1D" w:rsidP="00D343AB">
      <w:pPr>
        <w:spacing w:after="40"/>
        <w:ind w:left="283"/>
        <w:rPr>
          <w:rFonts w:ascii="Times New Roman" w:hAnsi="Times New Roman" w:cs="Times New Roman"/>
          <w:sz w:val="24"/>
          <w:szCs w:val="24"/>
        </w:rPr>
      </w:pPr>
      <w:r w:rsidRPr="00115FBB">
        <w:rPr>
          <w:rFonts w:ascii="Times New Roman" w:hAnsi="Times New Roman" w:cs="Times New Roman"/>
          <w:sz w:val="24"/>
          <w:szCs w:val="24"/>
        </w:rPr>
        <w:t xml:space="preserve"> imienia i nazwiska </w:t>
      </w:r>
      <w:proofErr w:type="spellStart"/>
      <w:r w:rsidRPr="00115FBB">
        <w:rPr>
          <w:rFonts w:ascii="Times New Roman" w:hAnsi="Times New Roman" w:cs="Times New Roman"/>
          <w:sz w:val="24"/>
          <w:szCs w:val="24"/>
        </w:rPr>
        <w:t>autora</w:t>
      </w:r>
      <w:proofErr w:type="spellEnd"/>
      <w:r w:rsidR="00D343AB">
        <w:rPr>
          <w:rFonts w:ascii="Times New Roman" w:hAnsi="Times New Roman" w:cs="Times New Roman"/>
          <w:sz w:val="24"/>
          <w:szCs w:val="24"/>
        </w:rPr>
        <w:t>,</w:t>
      </w:r>
      <w:r w:rsidRPr="00115FBB">
        <w:rPr>
          <w:rFonts w:ascii="Times New Roman" w:hAnsi="Times New Roman" w:cs="Times New Roman"/>
          <w:sz w:val="24"/>
          <w:szCs w:val="24"/>
        </w:rPr>
        <w:t xml:space="preserve"> wieku / klasy </w:t>
      </w:r>
      <w:proofErr w:type="spellStart"/>
      <w:r w:rsidRPr="00115FBB">
        <w:rPr>
          <w:rFonts w:ascii="Times New Roman" w:hAnsi="Times New Roman" w:cs="Times New Roman"/>
          <w:sz w:val="24"/>
          <w:szCs w:val="24"/>
        </w:rPr>
        <w:t>autora</w:t>
      </w:r>
      <w:proofErr w:type="spellEnd"/>
      <w:r w:rsidR="00D343AB">
        <w:rPr>
          <w:rFonts w:ascii="Times New Roman" w:hAnsi="Times New Roman" w:cs="Times New Roman"/>
          <w:sz w:val="24"/>
          <w:szCs w:val="24"/>
        </w:rPr>
        <w:t xml:space="preserve">, </w:t>
      </w:r>
      <w:r w:rsidRPr="00115FBB">
        <w:rPr>
          <w:rFonts w:ascii="Times New Roman" w:hAnsi="Times New Roman" w:cs="Times New Roman"/>
          <w:sz w:val="24"/>
          <w:szCs w:val="24"/>
        </w:rPr>
        <w:t xml:space="preserve"> nazwy przedszkola, szkoły lub placówki</w:t>
      </w:r>
    </w:p>
    <w:p w14:paraId="42F0E2E0" w14:textId="77777777" w:rsidR="00151683" w:rsidRPr="00115FBB" w:rsidRDefault="00AD7B1D">
      <w:pPr>
        <w:spacing w:before="160" w:after="280"/>
        <w:rPr>
          <w:rFonts w:ascii="Times New Roman" w:hAnsi="Times New Roman" w:cs="Times New Roman"/>
          <w:sz w:val="24"/>
          <w:szCs w:val="24"/>
        </w:rPr>
      </w:pPr>
      <w:r w:rsidRPr="00115FBB">
        <w:rPr>
          <w:rFonts w:ascii="Times New Roman" w:hAnsi="Times New Roman" w:cs="Times New Roman"/>
          <w:sz w:val="24"/>
          <w:szCs w:val="24"/>
        </w:rPr>
        <w:t>Zgoda jest udzielana nieodpłatnie. Przekazanie pracy na konkurs nie oznacza przeniesienia autorskich praw majątkowych do pracy, a jedynie zgodę na jej wykorzystanie w zakresie wskazanym powyżej.</w:t>
      </w:r>
    </w:p>
    <w:p w14:paraId="2E3C8404" w14:textId="77777777" w:rsidR="00151683" w:rsidRPr="00E8238E" w:rsidRDefault="00AD7B1D">
      <w:pPr>
        <w:spacing w:after="240"/>
        <w:rPr>
          <w:rFonts w:ascii="Times New Roman" w:hAnsi="Times New Roman" w:cs="Times New Roman"/>
          <w:bCs/>
          <w:sz w:val="24"/>
          <w:szCs w:val="24"/>
        </w:rPr>
      </w:pPr>
      <w:r w:rsidRPr="00E8238E">
        <w:rPr>
          <w:rFonts w:ascii="Times New Roman" w:hAnsi="Times New Roman" w:cs="Times New Roman"/>
          <w:bCs/>
          <w:sz w:val="24"/>
          <w:szCs w:val="24"/>
        </w:rPr>
        <w:t>Imię i nazwisko rodzica / opiekuna prawnego: ........................................................................................................</w:t>
      </w:r>
    </w:p>
    <w:p w14:paraId="62A162B8" w14:textId="77777777" w:rsidR="00151683" w:rsidRPr="00E8238E" w:rsidRDefault="00AD7B1D">
      <w:pPr>
        <w:spacing w:after="240"/>
        <w:rPr>
          <w:rFonts w:ascii="Times New Roman" w:hAnsi="Times New Roman" w:cs="Times New Roman"/>
          <w:bCs/>
          <w:sz w:val="24"/>
          <w:szCs w:val="24"/>
        </w:rPr>
      </w:pPr>
      <w:r w:rsidRPr="00E8238E">
        <w:rPr>
          <w:rFonts w:ascii="Times New Roman" w:hAnsi="Times New Roman" w:cs="Times New Roman"/>
          <w:bCs/>
          <w:sz w:val="24"/>
          <w:szCs w:val="24"/>
        </w:rPr>
        <w:t>Data: ........................................................................................................</w:t>
      </w:r>
    </w:p>
    <w:p w14:paraId="645521CE" w14:textId="77777777" w:rsidR="00151683" w:rsidRPr="00E8238E" w:rsidRDefault="00AD7B1D">
      <w:pPr>
        <w:spacing w:after="240"/>
        <w:rPr>
          <w:rFonts w:ascii="Times New Roman" w:hAnsi="Times New Roman" w:cs="Times New Roman"/>
          <w:bCs/>
          <w:sz w:val="24"/>
          <w:szCs w:val="24"/>
        </w:rPr>
      </w:pPr>
      <w:r w:rsidRPr="00E8238E">
        <w:rPr>
          <w:rFonts w:ascii="Times New Roman" w:hAnsi="Times New Roman" w:cs="Times New Roman"/>
          <w:bCs/>
          <w:sz w:val="24"/>
          <w:szCs w:val="24"/>
        </w:rPr>
        <w:t>Podpis rodzica / opiekuna prawnego: ........................................................................................................</w:t>
      </w:r>
    </w:p>
    <w:p w14:paraId="19357E6C" w14:textId="77777777" w:rsidR="00AD7B1D" w:rsidRPr="00115FBB" w:rsidRDefault="00AD7B1D">
      <w:pPr>
        <w:rPr>
          <w:rFonts w:ascii="Times New Roman" w:hAnsi="Times New Roman" w:cs="Times New Roman"/>
          <w:sz w:val="24"/>
          <w:szCs w:val="24"/>
        </w:rPr>
      </w:pPr>
    </w:p>
    <w:sectPr w:rsidR="00AD7B1D" w:rsidRPr="00115FBB" w:rsidSect="00034616">
      <w:pgSz w:w="12240" w:h="15840"/>
      <w:pgMar w:top="850" w:right="1020" w:bottom="850" w:left="10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F5B8F3" w14:textId="77777777" w:rsidR="00632420" w:rsidRDefault="00632420">
      <w:pPr>
        <w:spacing w:after="0" w:line="240" w:lineRule="auto"/>
      </w:pPr>
      <w:r>
        <w:separator/>
      </w:r>
    </w:p>
  </w:endnote>
  <w:endnote w:type="continuationSeparator" w:id="0">
    <w:p w14:paraId="79A2F0E0" w14:textId="77777777" w:rsidR="00632420" w:rsidRDefault="006324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altName w:val="Cambria"/>
    <w:panose1 w:val="00000000000000000000"/>
    <w:charset w:val="00"/>
    <w:family w:val="roman"/>
    <w:notTrueType/>
    <w:pitch w:val="default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74593D" w14:textId="77777777" w:rsidR="00151683" w:rsidRDefault="00AD7B1D">
    <w:pPr>
      <w:pStyle w:val="Stopka"/>
      <w:jc w:val="center"/>
    </w:pPr>
    <w:r>
      <w:rPr>
        <w:color w:val="6E6E6E"/>
        <w:sz w:val="16"/>
      </w:rPr>
      <w:t>80 LAT UNII – WIELE DYSCYPLIN, JEDNO SPORTOWE SERCE!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4CFB59" w14:textId="77777777" w:rsidR="00632420" w:rsidRDefault="00632420">
      <w:pPr>
        <w:spacing w:after="0" w:line="240" w:lineRule="auto"/>
      </w:pPr>
      <w:r>
        <w:separator/>
      </w:r>
    </w:p>
  </w:footnote>
  <w:footnote w:type="continuationSeparator" w:id="0">
    <w:p w14:paraId="7E585323" w14:textId="77777777" w:rsidR="00632420" w:rsidRDefault="0063242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930C8"/>
    <w:rsid w:val="00115FBB"/>
    <w:rsid w:val="0015074B"/>
    <w:rsid w:val="00151683"/>
    <w:rsid w:val="00167D73"/>
    <w:rsid w:val="0029639D"/>
    <w:rsid w:val="00326F90"/>
    <w:rsid w:val="00353578"/>
    <w:rsid w:val="00632420"/>
    <w:rsid w:val="00941F9F"/>
    <w:rsid w:val="00AA1D8D"/>
    <w:rsid w:val="00AD7B1D"/>
    <w:rsid w:val="00B47730"/>
    <w:rsid w:val="00C96900"/>
    <w:rsid w:val="00CB0664"/>
    <w:rsid w:val="00D343AB"/>
    <w:rsid w:val="00E8238E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5D42112"/>
  <w14:defaultImageDpi w14:val="300"/>
  <w15:docId w15:val="{B3456CE0-9043-4117-A221-4D9A9C42A7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rPr>
      <w:rFonts w:ascii="Aptos" w:eastAsia="Aptos" w:hAnsi="Aptos"/>
      <w:sz w:val="21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174882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174882"/>
      <w:sz w:val="23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174882"/>
      <w:spacing w:val="5"/>
      <w:kern w:val="28"/>
      <w:sz w:val="44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1302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5</Pages>
  <Words>1187</Words>
  <Characters>7124</Characters>
  <Application>Microsoft Office Word</Application>
  <DocSecurity>0</DocSecurity>
  <Lines>59</Lines>
  <Paragraphs>16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Regulamin konkursu plastycznego – 80 lat Unii Oświęcim</vt:lpstr>
      <vt:lpstr/>
    </vt:vector>
  </TitlesOfParts>
  <Manager/>
  <Company/>
  <LinksUpToDate>false</LinksUpToDate>
  <CharactersWithSpaces>8295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Regulamin konkursu plastycznego – 80 lat Unii Oświęcim</dc:title>
  <dc:subject>Konkurs plastyczny dla dzieci i młodzieży</dc:subject>
  <dc:creator>Unia Oświęcim</dc:creator>
  <cp:keywords/>
  <dc:description>generated by python-docx</dc:description>
  <cp:lastModifiedBy>user</cp:lastModifiedBy>
  <cp:revision>4</cp:revision>
  <dcterms:created xsi:type="dcterms:W3CDTF">2026-10-09T08:24:00Z</dcterms:created>
  <dcterms:modified xsi:type="dcterms:W3CDTF">2026-10-15T10:31:00Z</dcterms:modified>
  <cp:category/>
</cp:coreProperties>
</file>